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432"/>
        <w:gridCol w:w="217"/>
      </w:tblGrid>
      <w:tr w:rsidR="00D3613B" w:rsidRPr="00E767DC" w14:paraId="09C3B051" w14:textId="77777777">
        <w:tc>
          <w:tcPr>
            <w:tcW w:w="10432" w:type="dxa"/>
            <w:gridSpan w:val="2"/>
            <w:shd w:val="clear" w:color="auto" w:fill="7A1F75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3DA288D" w14:textId="77777777" w:rsidR="00D3613B" w:rsidRPr="00E767DC" w:rsidRDefault="00000000">
            <w:pPr>
              <w:spacing w:after="0"/>
              <w:rPr>
                <w:rFonts w:ascii="Arial" w:hAnsi="Arial" w:cs="Arial"/>
                <w:sz w:val="48"/>
                <w:szCs w:val="48"/>
              </w:rPr>
            </w:pPr>
            <w:r w:rsidRPr="00E767DC">
              <w:rPr>
                <w:rFonts w:ascii="Arial" w:hAnsi="Arial" w:cs="Arial"/>
                <w:b/>
                <w:sz w:val="48"/>
                <w:szCs w:val="48"/>
              </w:rPr>
              <w:t>SPOGOMI</w:t>
            </w:r>
          </w:p>
          <w:p w14:paraId="03525CED" w14:textId="77777777" w:rsidR="00D3613B" w:rsidRPr="00E767DC" w:rsidRDefault="00000000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E767DC">
              <w:rPr>
                <w:rFonts w:ascii="Arial" w:hAnsi="Arial" w:cs="Arial"/>
                <w:sz w:val="28"/>
                <w:szCs w:val="28"/>
              </w:rPr>
              <w:t>Prügi korjamise ja sorteerimise mäng</w:t>
            </w:r>
          </w:p>
        </w:tc>
      </w:tr>
      <w:tr w:rsidR="00D3613B" w:rsidRPr="00E767DC" w14:paraId="32170D5F" w14:textId="77777777">
        <w:trPr>
          <w:gridAfter w:val="1"/>
          <w:wAfter w:w="217" w:type="dxa"/>
        </w:trPr>
        <w:tc>
          <w:tcPr>
            <w:tcW w:w="10432" w:type="dxa"/>
            <w:shd w:val="clear" w:color="auto" w:fill="F5EDF5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4FBA18" w14:textId="77777777" w:rsidR="00D3613B" w:rsidRPr="00E767DC" w:rsidRDefault="00000000">
            <w:pPr>
              <w:spacing w:after="20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b/>
                <w:sz w:val="24"/>
                <w:szCs w:val="24"/>
              </w:rPr>
              <w:t>KUIDAS SPOGOMI TOIMUB?</w:t>
            </w:r>
          </w:p>
          <w:p w14:paraId="14A2EAB3" w14:textId="0F5BB069" w:rsidR="00D3613B" w:rsidRPr="00E767DC" w:rsidRDefault="00000000" w:rsidP="00E767DC">
            <w:pPr>
              <w:pStyle w:val="Loendilik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Kõigepealt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tehakse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3-liikmeline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meeskond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912A444" w14:textId="154755E1" w:rsidR="00D3613B" w:rsidRPr="00E767DC" w:rsidRDefault="00000000" w:rsidP="00E767DC">
            <w:pPr>
              <w:pStyle w:val="Loendilik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Siis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korjab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meeskond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ühe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tunni jooksul prügi.</w:t>
            </w:r>
          </w:p>
          <w:p w14:paraId="6B348E9E" w14:textId="022F3880" w:rsidR="00D3613B" w:rsidRPr="00E767DC" w:rsidRDefault="00000000" w:rsidP="00E767DC">
            <w:pPr>
              <w:pStyle w:val="Loendilik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Pärast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seda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sorteerib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meeskond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prügi.</w:t>
            </w:r>
          </w:p>
          <w:p w14:paraId="5A5037B0" w14:textId="5CF59215" w:rsidR="00D3613B" w:rsidRPr="00E767DC" w:rsidRDefault="00000000" w:rsidP="00E767DC">
            <w:pPr>
              <w:pStyle w:val="Loendilik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Seejärel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loeb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meeskond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eri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liiki jäätmed üle.</w:t>
            </w:r>
          </w:p>
          <w:p w14:paraId="5275312E" w14:textId="7D6D7BDD" w:rsidR="00D3613B" w:rsidRPr="00E767DC" w:rsidRDefault="00000000" w:rsidP="00E767DC">
            <w:pPr>
              <w:pStyle w:val="Loendilik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Prügi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eest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saadakse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punkte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4EC8E2B" w14:textId="0CDE5F15" w:rsidR="00D3613B" w:rsidRPr="00E767DC" w:rsidRDefault="00000000" w:rsidP="00E767DC">
            <w:pPr>
              <w:pStyle w:val="Loendilik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Lõpus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liidetakse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punktid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kokku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1D5FE1C3" w14:textId="77777777" w:rsidR="00E767DC" w:rsidRDefault="00E767DC">
      <w:pPr>
        <w:spacing w:before="40" w:after="40"/>
        <w:rPr>
          <w:rFonts w:ascii="Arial" w:hAnsi="Arial" w:cs="Arial"/>
          <w:b/>
          <w:sz w:val="24"/>
          <w:szCs w:val="24"/>
        </w:rPr>
      </w:pPr>
    </w:p>
    <w:p w14:paraId="3968B1D4" w14:textId="6C088193" w:rsidR="00D3613B" w:rsidRPr="00E767DC" w:rsidRDefault="00000000">
      <w:pPr>
        <w:spacing w:before="40" w:after="40"/>
        <w:rPr>
          <w:rFonts w:ascii="Arial" w:hAnsi="Arial" w:cs="Arial"/>
          <w:sz w:val="24"/>
          <w:szCs w:val="24"/>
        </w:rPr>
      </w:pPr>
      <w:proofErr w:type="gramStart"/>
      <w:r w:rsidRPr="00E767DC">
        <w:rPr>
          <w:rFonts w:ascii="Arial" w:hAnsi="Arial" w:cs="Arial"/>
          <w:b/>
          <w:sz w:val="24"/>
          <w:szCs w:val="24"/>
        </w:rPr>
        <w:t>1  Loe</w:t>
      </w:r>
      <w:proofErr w:type="gramEnd"/>
      <w:r w:rsidRPr="00E767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b/>
          <w:sz w:val="24"/>
          <w:szCs w:val="24"/>
        </w:rPr>
        <w:t>teksti</w:t>
      </w:r>
      <w:proofErr w:type="spellEnd"/>
      <w:r w:rsidR="00E767DC">
        <w:rPr>
          <w:rFonts w:ascii="Arial" w:hAnsi="Arial" w:cs="Arial"/>
          <w:b/>
          <w:sz w:val="24"/>
          <w:szCs w:val="24"/>
        </w:rPr>
        <w:t xml:space="preserve"> “</w:t>
      </w:r>
      <w:proofErr w:type="spellStart"/>
      <w:r w:rsidR="00E767DC">
        <w:rPr>
          <w:rFonts w:ascii="Arial" w:hAnsi="Arial" w:cs="Arial"/>
          <w:b/>
          <w:sz w:val="24"/>
          <w:szCs w:val="24"/>
        </w:rPr>
        <w:t>Kuidas</w:t>
      </w:r>
      <w:proofErr w:type="spellEnd"/>
      <w:r w:rsidR="00E767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767DC">
        <w:rPr>
          <w:rFonts w:ascii="Arial" w:hAnsi="Arial" w:cs="Arial"/>
          <w:b/>
          <w:sz w:val="24"/>
          <w:szCs w:val="24"/>
        </w:rPr>
        <w:t>Spogomi</w:t>
      </w:r>
      <w:proofErr w:type="spellEnd"/>
      <w:r w:rsidR="00E767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E767DC">
        <w:rPr>
          <w:rFonts w:ascii="Arial" w:hAnsi="Arial" w:cs="Arial"/>
          <w:b/>
          <w:sz w:val="24"/>
          <w:szCs w:val="24"/>
        </w:rPr>
        <w:t>toimub</w:t>
      </w:r>
      <w:proofErr w:type="spellEnd"/>
      <w:r w:rsidR="00E767DC">
        <w:rPr>
          <w:rFonts w:ascii="Arial" w:hAnsi="Arial" w:cs="Arial"/>
          <w:b/>
          <w:sz w:val="24"/>
          <w:szCs w:val="24"/>
        </w:rPr>
        <w:t>” ja p</w:t>
      </w:r>
      <w:r w:rsidRPr="00E767DC">
        <w:rPr>
          <w:rFonts w:ascii="Arial" w:hAnsi="Arial" w:cs="Arial"/>
          <w:b/>
          <w:sz w:val="24"/>
          <w:szCs w:val="24"/>
        </w:rPr>
        <w:t xml:space="preserve">ane </w:t>
      </w:r>
      <w:proofErr w:type="spellStart"/>
      <w:r w:rsidRPr="00E767DC">
        <w:rPr>
          <w:rFonts w:ascii="Arial" w:hAnsi="Arial" w:cs="Arial"/>
          <w:b/>
          <w:sz w:val="24"/>
          <w:szCs w:val="24"/>
        </w:rPr>
        <w:t>etapid</w:t>
      </w:r>
      <w:proofErr w:type="spellEnd"/>
      <w:r w:rsidRPr="00E767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b/>
          <w:sz w:val="24"/>
          <w:szCs w:val="24"/>
        </w:rPr>
        <w:t>õigesse</w:t>
      </w:r>
      <w:proofErr w:type="spellEnd"/>
      <w:r w:rsidRPr="00E767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b/>
          <w:sz w:val="24"/>
          <w:szCs w:val="24"/>
        </w:rPr>
        <w:t>järjekorda</w:t>
      </w:r>
      <w:proofErr w:type="spellEnd"/>
      <w:r w:rsidRPr="00E767DC">
        <w:rPr>
          <w:rFonts w:ascii="Arial" w:hAnsi="Arial" w:cs="Arial"/>
          <w:b/>
          <w:sz w:val="24"/>
          <w:szCs w:val="24"/>
        </w:rPr>
        <w:t>.</w:t>
      </w:r>
    </w:p>
    <w:p w14:paraId="007AF453" w14:textId="0C31C1DE" w:rsidR="00D3613B" w:rsidRPr="00E767DC" w:rsidRDefault="00000000">
      <w:pPr>
        <w:spacing w:after="0" w:line="240" w:lineRule="auto"/>
        <w:ind w:left="227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_</w:t>
      </w:r>
      <w:r w:rsidR="00B103C3">
        <w:rPr>
          <w:rFonts w:ascii="Arial" w:hAnsi="Arial" w:cs="Arial"/>
          <w:sz w:val="24"/>
          <w:szCs w:val="24"/>
        </w:rPr>
        <w:t xml:space="preserve"> 1 </w:t>
      </w:r>
      <w:proofErr w:type="gramStart"/>
      <w:r w:rsidRPr="00E767DC">
        <w:rPr>
          <w:rFonts w:ascii="Arial" w:hAnsi="Arial" w:cs="Arial"/>
          <w:sz w:val="24"/>
          <w:szCs w:val="24"/>
        </w:rPr>
        <w:t>_  Tee</w:t>
      </w:r>
      <w:proofErr w:type="gramEnd"/>
      <w:r w:rsidRPr="00E767DC">
        <w:rPr>
          <w:rFonts w:ascii="Arial" w:hAnsi="Arial" w:cs="Arial"/>
          <w:sz w:val="24"/>
          <w:szCs w:val="24"/>
        </w:rPr>
        <w:t xml:space="preserve"> 3-liikmeline </w:t>
      </w:r>
      <w:proofErr w:type="spellStart"/>
      <w:r w:rsidRPr="00E767DC">
        <w:rPr>
          <w:rFonts w:ascii="Arial" w:hAnsi="Arial" w:cs="Arial"/>
          <w:sz w:val="24"/>
          <w:szCs w:val="24"/>
        </w:rPr>
        <w:t>meeskond</w:t>
      </w:r>
      <w:proofErr w:type="spellEnd"/>
      <w:r w:rsidRPr="00E767DC">
        <w:rPr>
          <w:rFonts w:ascii="Arial" w:hAnsi="Arial" w:cs="Arial"/>
          <w:sz w:val="24"/>
          <w:szCs w:val="24"/>
        </w:rPr>
        <w:t>.</w:t>
      </w:r>
    </w:p>
    <w:p w14:paraId="07FBD39F" w14:textId="77777777" w:rsidR="00D3613B" w:rsidRPr="00E767DC" w:rsidRDefault="00000000">
      <w:pPr>
        <w:spacing w:after="0" w:line="240" w:lineRule="auto"/>
        <w:ind w:left="227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__</w:t>
      </w:r>
      <w:proofErr w:type="gramStart"/>
      <w:r w:rsidRPr="00E767DC">
        <w:rPr>
          <w:rFonts w:ascii="Arial" w:hAnsi="Arial" w:cs="Arial"/>
          <w:sz w:val="24"/>
          <w:szCs w:val="24"/>
        </w:rPr>
        <w:t>_  Loe</w:t>
      </w:r>
      <w:proofErr w:type="gramEnd"/>
      <w:r w:rsidRPr="00E767DC">
        <w:rPr>
          <w:rFonts w:ascii="Arial" w:hAnsi="Arial" w:cs="Arial"/>
          <w:sz w:val="24"/>
          <w:szCs w:val="24"/>
        </w:rPr>
        <w:t xml:space="preserve"> sorteeritud jäätmed üle.</w:t>
      </w:r>
    </w:p>
    <w:p w14:paraId="62F22878" w14:textId="77777777" w:rsidR="00D3613B" w:rsidRPr="00E767DC" w:rsidRDefault="00000000">
      <w:pPr>
        <w:spacing w:after="0" w:line="240" w:lineRule="auto"/>
        <w:ind w:left="227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__</w:t>
      </w:r>
      <w:proofErr w:type="gramStart"/>
      <w:r w:rsidRPr="00E767DC">
        <w:rPr>
          <w:rFonts w:ascii="Arial" w:hAnsi="Arial" w:cs="Arial"/>
          <w:sz w:val="24"/>
          <w:szCs w:val="24"/>
        </w:rPr>
        <w:t>_  Sorteeri</w:t>
      </w:r>
      <w:proofErr w:type="gramEnd"/>
      <w:r w:rsidRPr="00E767DC">
        <w:rPr>
          <w:rFonts w:ascii="Arial" w:hAnsi="Arial" w:cs="Arial"/>
          <w:sz w:val="24"/>
          <w:szCs w:val="24"/>
        </w:rPr>
        <w:t xml:space="preserve"> leitud prügi.</w:t>
      </w:r>
    </w:p>
    <w:p w14:paraId="7F07614A" w14:textId="77777777" w:rsidR="00D3613B" w:rsidRPr="00E767DC" w:rsidRDefault="00000000">
      <w:pPr>
        <w:spacing w:after="0" w:line="240" w:lineRule="auto"/>
        <w:ind w:left="227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__</w:t>
      </w:r>
      <w:proofErr w:type="gramStart"/>
      <w:r w:rsidRPr="00E767DC">
        <w:rPr>
          <w:rFonts w:ascii="Arial" w:hAnsi="Arial" w:cs="Arial"/>
          <w:sz w:val="24"/>
          <w:szCs w:val="24"/>
        </w:rPr>
        <w:t>_  Arvuta</w:t>
      </w:r>
      <w:proofErr w:type="gramEnd"/>
      <w:r w:rsidRPr="00E767DC">
        <w:rPr>
          <w:rFonts w:ascii="Arial" w:hAnsi="Arial" w:cs="Arial"/>
          <w:sz w:val="24"/>
          <w:szCs w:val="24"/>
        </w:rPr>
        <w:t xml:space="preserve"> punktid.</w:t>
      </w:r>
    </w:p>
    <w:p w14:paraId="592C465F" w14:textId="77777777" w:rsidR="00D3613B" w:rsidRPr="00E767DC" w:rsidRDefault="00000000">
      <w:pPr>
        <w:spacing w:after="0" w:line="240" w:lineRule="auto"/>
        <w:ind w:left="227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__</w:t>
      </w:r>
      <w:proofErr w:type="gramStart"/>
      <w:r w:rsidRPr="00E767DC">
        <w:rPr>
          <w:rFonts w:ascii="Arial" w:hAnsi="Arial" w:cs="Arial"/>
          <w:sz w:val="24"/>
          <w:szCs w:val="24"/>
        </w:rPr>
        <w:t>_  Korja</w:t>
      </w:r>
      <w:proofErr w:type="gramEnd"/>
      <w:r w:rsidRPr="00E767DC">
        <w:rPr>
          <w:rFonts w:ascii="Arial" w:hAnsi="Arial" w:cs="Arial"/>
          <w:sz w:val="24"/>
          <w:szCs w:val="24"/>
        </w:rPr>
        <w:t xml:space="preserve"> prügi määratud piirkonnast 1 tunni jooksul.</w:t>
      </w:r>
    </w:p>
    <w:p w14:paraId="12949955" w14:textId="77777777" w:rsidR="00D3613B" w:rsidRDefault="00000000">
      <w:pPr>
        <w:spacing w:after="0" w:line="240" w:lineRule="auto"/>
        <w:ind w:left="227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__</w:t>
      </w:r>
      <w:proofErr w:type="gramStart"/>
      <w:r w:rsidRPr="00E767DC">
        <w:rPr>
          <w:rFonts w:ascii="Arial" w:hAnsi="Arial" w:cs="Arial"/>
          <w:sz w:val="24"/>
          <w:szCs w:val="24"/>
        </w:rPr>
        <w:t xml:space="preserve">_  </w:t>
      </w:r>
      <w:proofErr w:type="spellStart"/>
      <w:r w:rsidRPr="00E767DC">
        <w:rPr>
          <w:rFonts w:ascii="Arial" w:hAnsi="Arial" w:cs="Arial"/>
          <w:sz w:val="24"/>
          <w:szCs w:val="24"/>
        </w:rPr>
        <w:t>Liida</w:t>
      </w:r>
      <w:proofErr w:type="spellEnd"/>
      <w:proofErr w:type="gramEnd"/>
      <w:r w:rsidRPr="00E767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sz w:val="24"/>
          <w:szCs w:val="24"/>
        </w:rPr>
        <w:t>punktid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sz w:val="24"/>
          <w:szCs w:val="24"/>
        </w:rPr>
        <w:t>kokku</w:t>
      </w:r>
      <w:proofErr w:type="spellEnd"/>
      <w:r w:rsidRPr="00E767DC">
        <w:rPr>
          <w:rFonts w:ascii="Arial" w:hAnsi="Arial" w:cs="Arial"/>
          <w:sz w:val="24"/>
          <w:szCs w:val="24"/>
        </w:rPr>
        <w:t>.</w:t>
      </w:r>
    </w:p>
    <w:p w14:paraId="6A19A199" w14:textId="77777777" w:rsidR="00E767DC" w:rsidRPr="00E767DC" w:rsidRDefault="00E767DC">
      <w:pPr>
        <w:spacing w:after="0" w:line="240" w:lineRule="auto"/>
        <w:ind w:left="227"/>
        <w:rPr>
          <w:rFonts w:ascii="Arial" w:hAnsi="Arial" w:cs="Arial"/>
          <w:sz w:val="24"/>
          <w:szCs w:val="24"/>
        </w:rPr>
      </w:pPr>
    </w:p>
    <w:p w14:paraId="69CB1E27" w14:textId="77777777" w:rsidR="00D3613B" w:rsidRPr="00E767DC" w:rsidRDefault="00000000">
      <w:pPr>
        <w:spacing w:before="40" w:after="40"/>
        <w:rPr>
          <w:rFonts w:ascii="Arial" w:hAnsi="Arial" w:cs="Arial"/>
          <w:sz w:val="24"/>
          <w:szCs w:val="24"/>
        </w:rPr>
      </w:pPr>
      <w:proofErr w:type="gramStart"/>
      <w:r w:rsidRPr="00E767DC">
        <w:rPr>
          <w:rFonts w:ascii="Arial" w:hAnsi="Arial" w:cs="Arial"/>
          <w:b/>
          <w:sz w:val="24"/>
          <w:szCs w:val="24"/>
        </w:rPr>
        <w:t>2  Mida</w:t>
      </w:r>
      <w:proofErr w:type="gramEnd"/>
      <w:r w:rsidRPr="00E767DC">
        <w:rPr>
          <w:rFonts w:ascii="Arial" w:hAnsi="Arial" w:cs="Arial"/>
          <w:b/>
          <w:sz w:val="24"/>
          <w:szCs w:val="24"/>
        </w:rPr>
        <w:t xml:space="preserve"> tohib ja mida ei tohi teha?</w:t>
      </w:r>
    </w:p>
    <w:p w14:paraId="3050BAED" w14:textId="77777777" w:rsidR="00D3613B" w:rsidRPr="00E767DC" w:rsidRDefault="00000000">
      <w:pPr>
        <w:spacing w:after="40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Tee rist õigesse kasti.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77"/>
        <w:gridCol w:w="3477"/>
        <w:gridCol w:w="3477"/>
      </w:tblGrid>
      <w:tr w:rsidR="00D3613B" w:rsidRPr="00E767DC" w14:paraId="4151406F" w14:textId="77777777">
        <w:tc>
          <w:tcPr>
            <w:tcW w:w="3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A1F75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41FDA22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b/>
                <w:sz w:val="24"/>
                <w:szCs w:val="24"/>
              </w:rPr>
              <w:t>TEGEVUS</w:t>
            </w:r>
          </w:p>
        </w:tc>
        <w:tc>
          <w:tcPr>
            <w:tcW w:w="3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A1F75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7500217E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b/>
                <w:sz w:val="24"/>
                <w:szCs w:val="24"/>
              </w:rPr>
              <w:t>TOHIB</w:t>
            </w:r>
          </w:p>
        </w:tc>
        <w:tc>
          <w:tcPr>
            <w:tcW w:w="34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7A1F75"/>
            <w:tcMar>
              <w:top w:w="25" w:type="dxa"/>
              <w:left w:w="50" w:type="dxa"/>
              <w:bottom w:w="25" w:type="dxa"/>
              <w:right w:w="50" w:type="dxa"/>
            </w:tcMar>
            <w:vAlign w:val="center"/>
          </w:tcPr>
          <w:p w14:paraId="2111C221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b/>
                <w:sz w:val="24"/>
                <w:szCs w:val="24"/>
              </w:rPr>
              <w:t>EI TOHI</w:t>
            </w:r>
          </w:p>
        </w:tc>
      </w:tr>
      <w:tr w:rsidR="00D3613B" w:rsidRPr="00E767DC" w14:paraId="4E0A0A35" w14:textId="77777777"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6521B0FF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korjata prügi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58901C33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2B96AA25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3613B" w:rsidRPr="00E767DC" w14:paraId="2DA8CD2E" w14:textId="77777777"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72367901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sorteerida prügi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2ECD0ED4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0BBEB169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3613B" w:rsidRPr="00E767DC" w14:paraId="4F34320E" w14:textId="77777777"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3FD434DA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töötada meeskonnas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4AFC728D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51C35F84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3613B" w:rsidRPr="00E767DC" w14:paraId="60C8EDBD" w14:textId="77777777"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20711A88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järgida liiklusreegleid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2E1385E9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3E04FF75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3613B" w:rsidRPr="00E767DC" w14:paraId="74AF124E" w14:textId="77777777"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17555B62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joosta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409F6B69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3EE86673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3613B" w:rsidRPr="00E767DC" w14:paraId="608BE836" w14:textId="77777777"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7B5E33F1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sõita bussiga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67FB9D42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3ACCDECB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3613B" w:rsidRPr="00E767DC" w14:paraId="61D3228D" w14:textId="77777777"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725850FB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võtta prügi konteinerist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4127A691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292DEC68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3613B" w:rsidRPr="00E767DC" w14:paraId="7DA218DB" w14:textId="77777777"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7BE17414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minna eramaale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132F22F2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125C652D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3613B" w:rsidRPr="00E767DC" w14:paraId="764C27C5" w14:textId="77777777"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4EA07B86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lisada prügi sisse vett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7DAFA828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56D2F69F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  <w:tr w:rsidR="00D3613B" w:rsidRPr="00E767DC" w14:paraId="161DE41A" w14:textId="77777777"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629EB3FD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minna mängu piirkonnast välja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7D6BE1D3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  <w:tc>
          <w:tcPr>
            <w:tcW w:w="3477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shd w:val="clear" w:color="auto" w:fill="F4F4F4"/>
            <w:tcMar>
              <w:top w:w="20" w:type="dxa"/>
              <w:left w:w="50" w:type="dxa"/>
              <w:bottom w:w="20" w:type="dxa"/>
              <w:right w:w="50" w:type="dxa"/>
            </w:tcMar>
            <w:vAlign w:val="center"/>
          </w:tcPr>
          <w:p w14:paraId="2EC35197" w14:textId="77777777" w:rsidR="00D3613B" w:rsidRPr="00E767DC" w:rsidRDefault="000000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</w:p>
        </w:tc>
      </w:tr>
    </w:tbl>
    <w:p w14:paraId="13C46F8C" w14:textId="77777777" w:rsidR="00D3613B" w:rsidRPr="00E767DC" w:rsidRDefault="00D3613B">
      <w:pPr>
        <w:rPr>
          <w:rFonts w:ascii="Arial" w:hAnsi="Arial" w:cs="Arial"/>
        </w:rPr>
        <w:sectPr w:rsidR="00D3613B" w:rsidRPr="00E767DC">
          <w:footerReference w:type="default" r:id="rId8"/>
          <w:pgSz w:w="11906" w:h="16838"/>
          <w:pgMar w:top="567" w:right="737" w:bottom="680" w:left="737" w:header="720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432"/>
      </w:tblGrid>
      <w:tr w:rsidR="00D3613B" w:rsidRPr="00E767DC" w14:paraId="780EB34E" w14:textId="77777777">
        <w:tc>
          <w:tcPr>
            <w:tcW w:w="10432" w:type="dxa"/>
            <w:shd w:val="clear" w:color="auto" w:fill="7A1F75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1F806E1" w14:textId="77777777" w:rsidR="00D3613B" w:rsidRPr="00E767DC" w:rsidRDefault="00000000">
            <w:pPr>
              <w:spacing w:after="0"/>
              <w:rPr>
                <w:rFonts w:ascii="Arial" w:hAnsi="Arial" w:cs="Arial"/>
              </w:rPr>
            </w:pPr>
            <w:r w:rsidRPr="00E767DC">
              <w:rPr>
                <w:rFonts w:ascii="Arial" w:hAnsi="Arial" w:cs="Arial"/>
                <w:b/>
                <w:sz w:val="40"/>
              </w:rPr>
              <w:lastRenderedPageBreak/>
              <w:t>MEIE SPOGOMI</w:t>
            </w:r>
          </w:p>
          <w:p w14:paraId="532CC858" w14:textId="77777777" w:rsidR="00D3613B" w:rsidRPr="00E767DC" w:rsidRDefault="000000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767DC">
              <w:rPr>
                <w:rFonts w:ascii="Arial" w:hAnsi="Arial" w:cs="Arial"/>
                <w:sz w:val="20"/>
                <w:szCs w:val="20"/>
              </w:rPr>
              <w:t>Astangu ümbruses</w:t>
            </w:r>
          </w:p>
        </w:tc>
      </w:tr>
    </w:tbl>
    <w:p w14:paraId="687EFD21" w14:textId="77777777" w:rsidR="00E767DC" w:rsidRDefault="00E767DC">
      <w:pPr>
        <w:spacing w:before="40" w:after="40"/>
        <w:rPr>
          <w:rFonts w:ascii="Arial" w:hAnsi="Arial" w:cs="Arial"/>
          <w:b/>
          <w:sz w:val="24"/>
        </w:rPr>
      </w:pPr>
    </w:p>
    <w:p w14:paraId="6701A148" w14:textId="1A73D354" w:rsidR="00D3613B" w:rsidRPr="00E767DC" w:rsidRDefault="00000000">
      <w:pPr>
        <w:spacing w:before="40" w:after="40"/>
        <w:rPr>
          <w:rFonts w:ascii="Arial" w:hAnsi="Arial" w:cs="Arial"/>
        </w:rPr>
      </w:pPr>
      <w:proofErr w:type="gramStart"/>
      <w:r w:rsidRPr="00E767DC">
        <w:rPr>
          <w:rFonts w:ascii="Arial" w:hAnsi="Arial" w:cs="Arial"/>
          <w:b/>
          <w:sz w:val="24"/>
        </w:rPr>
        <w:t>1  Enne</w:t>
      </w:r>
      <w:proofErr w:type="gramEnd"/>
      <w:r w:rsidRPr="00E767DC">
        <w:rPr>
          <w:rFonts w:ascii="Arial" w:hAnsi="Arial" w:cs="Arial"/>
          <w:b/>
          <w:sz w:val="24"/>
        </w:rPr>
        <w:t xml:space="preserve"> </w:t>
      </w:r>
      <w:proofErr w:type="spellStart"/>
      <w:r w:rsidRPr="00E767DC">
        <w:rPr>
          <w:rFonts w:ascii="Arial" w:hAnsi="Arial" w:cs="Arial"/>
          <w:b/>
          <w:sz w:val="24"/>
        </w:rPr>
        <w:t>alustamist</w:t>
      </w:r>
      <w:proofErr w:type="spellEnd"/>
    </w:p>
    <w:p w14:paraId="4495415D" w14:textId="27197D5A" w:rsidR="00D3613B" w:rsidRPr="00E767DC" w:rsidRDefault="00000000">
      <w:pPr>
        <w:spacing w:after="20"/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Meeskonna nimi: ___________________________</w:t>
      </w:r>
      <w:r w:rsidR="00E767DC" w:rsidRPr="00E767DC">
        <w:rPr>
          <w:rFonts w:ascii="Arial" w:hAnsi="Arial" w:cs="Arial"/>
          <w:sz w:val="24"/>
          <w:szCs w:val="24"/>
        </w:rPr>
        <w:t>_____________________________</w:t>
      </w:r>
      <w:r w:rsidRPr="00E767DC">
        <w:rPr>
          <w:rFonts w:ascii="Arial" w:hAnsi="Arial" w:cs="Arial"/>
          <w:sz w:val="24"/>
          <w:szCs w:val="24"/>
        </w:rPr>
        <w:t>_______________</w:t>
      </w:r>
    </w:p>
    <w:p w14:paraId="2CF97071" w14:textId="56CCC298" w:rsidR="00D3613B" w:rsidRDefault="00000000">
      <w:pPr>
        <w:spacing w:after="20"/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Liikmed: ______________________________________</w:t>
      </w:r>
      <w:r w:rsidR="00E767DC" w:rsidRPr="00E767DC">
        <w:rPr>
          <w:rFonts w:ascii="Arial" w:hAnsi="Arial" w:cs="Arial"/>
          <w:sz w:val="24"/>
          <w:szCs w:val="24"/>
        </w:rPr>
        <w:t>____________________________</w:t>
      </w:r>
      <w:r w:rsidRPr="00E767DC">
        <w:rPr>
          <w:rFonts w:ascii="Arial" w:hAnsi="Arial" w:cs="Arial"/>
          <w:sz w:val="24"/>
          <w:szCs w:val="24"/>
        </w:rPr>
        <w:t>____</w:t>
      </w:r>
      <w:r w:rsidR="00E767DC">
        <w:rPr>
          <w:rFonts w:ascii="Arial" w:hAnsi="Arial" w:cs="Arial"/>
          <w:sz w:val="24"/>
          <w:szCs w:val="24"/>
        </w:rPr>
        <w:t>_</w:t>
      </w:r>
    </w:p>
    <w:p w14:paraId="698728AB" w14:textId="77777777" w:rsidR="00E767DC" w:rsidRPr="00E767DC" w:rsidRDefault="00E767DC">
      <w:pPr>
        <w:spacing w:after="20"/>
        <w:ind w:left="283"/>
        <w:rPr>
          <w:rFonts w:ascii="Arial" w:hAnsi="Arial" w:cs="Arial"/>
          <w:sz w:val="24"/>
          <w:szCs w:val="24"/>
        </w:rPr>
      </w:pPr>
    </w:p>
    <w:p w14:paraId="785B68DA" w14:textId="7F8C1430" w:rsidR="00D3613B" w:rsidRDefault="00000000">
      <w:pPr>
        <w:spacing w:after="20"/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Kuupäev: _________________</w:t>
      </w:r>
      <w:r w:rsidR="00E767DC" w:rsidRPr="00E767DC">
        <w:rPr>
          <w:rFonts w:ascii="Arial" w:hAnsi="Arial" w:cs="Arial"/>
          <w:sz w:val="24"/>
          <w:szCs w:val="24"/>
        </w:rPr>
        <w:t>________</w:t>
      </w:r>
      <w:proofErr w:type="gramStart"/>
      <w:r w:rsidR="00E767DC" w:rsidRPr="00E767DC">
        <w:rPr>
          <w:rFonts w:ascii="Arial" w:hAnsi="Arial" w:cs="Arial"/>
          <w:sz w:val="24"/>
          <w:szCs w:val="24"/>
        </w:rPr>
        <w:t>_</w:t>
      </w:r>
      <w:r w:rsidRPr="00E767D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767DC">
        <w:rPr>
          <w:rFonts w:ascii="Arial" w:hAnsi="Arial" w:cs="Arial"/>
          <w:sz w:val="24"/>
          <w:szCs w:val="24"/>
        </w:rPr>
        <w:t>Aeg</w:t>
      </w:r>
      <w:proofErr w:type="spellEnd"/>
      <w:proofErr w:type="gramEnd"/>
      <w:r w:rsidRPr="00E767DC">
        <w:rPr>
          <w:rFonts w:ascii="Arial" w:hAnsi="Arial" w:cs="Arial"/>
          <w:sz w:val="24"/>
          <w:szCs w:val="24"/>
        </w:rPr>
        <w:t>: ____</w:t>
      </w:r>
      <w:r w:rsidR="00E767DC" w:rsidRPr="00E767DC">
        <w:rPr>
          <w:rFonts w:ascii="Arial" w:hAnsi="Arial" w:cs="Arial"/>
          <w:sz w:val="24"/>
          <w:szCs w:val="24"/>
        </w:rPr>
        <w:t>___________________</w:t>
      </w:r>
      <w:r w:rsidRPr="00E767DC">
        <w:rPr>
          <w:rFonts w:ascii="Arial" w:hAnsi="Arial" w:cs="Arial"/>
          <w:sz w:val="24"/>
          <w:szCs w:val="24"/>
        </w:rPr>
        <w:t>________</w:t>
      </w:r>
      <w:r w:rsidR="00E767DC">
        <w:rPr>
          <w:rFonts w:ascii="Arial" w:hAnsi="Arial" w:cs="Arial"/>
          <w:sz w:val="24"/>
          <w:szCs w:val="24"/>
        </w:rPr>
        <w:t>_</w:t>
      </w:r>
    </w:p>
    <w:p w14:paraId="2E7C75DA" w14:textId="77777777" w:rsidR="00E767DC" w:rsidRPr="00E767DC" w:rsidRDefault="00E767DC">
      <w:pPr>
        <w:spacing w:after="20"/>
        <w:ind w:left="283"/>
        <w:rPr>
          <w:rFonts w:ascii="Arial" w:hAnsi="Arial" w:cs="Arial"/>
          <w:sz w:val="24"/>
          <w:szCs w:val="24"/>
        </w:rPr>
      </w:pPr>
    </w:p>
    <w:p w14:paraId="65D2702C" w14:textId="77777777" w:rsidR="00D3613B" w:rsidRPr="00E767DC" w:rsidRDefault="00000000">
      <w:pPr>
        <w:spacing w:before="40" w:after="40"/>
        <w:rPr>
          <w:rFonts w:ascii="Arial" w:hAnsi="Arial" w:cs="Arial"/>
          <w:sz w:val="24"/>
          <w:szCs w:val="24"/>
        </w:rPr>
      </w:pPr>
      <w:proofErr w:type="gramStart"/>
      <w:r w:rsidRPr="00E767DC">
        <w:rPr>
          <w:rFonts w:ascii="Arial" w:hAnsi="Arial" w:cs="Arial"/>
          <w:b/>
          <w:sz w:val="24"/>
          <w:szCs w:val="24"/>
        </w:rPr>
        <w:t>2  Kõnni</w:t>
      </w:r>
      <w:proofErr w:type="gramEnd"/>
      <w:r w:rsidRPr="00E767DC">
        <w:rPr>
          <w:rFonts w:ascii="Arial" w:hAnsi="Arial" w:cs="Arial"/>
          <w:b/>
          <w:sz w:val="24"/>
          <w:szCs w:val="24"/>
        </w:rPr>
        <w:t>, märka ja korja.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432"/>
      </w:tblGrid>
      <w:tr w:rsidR="00D3613B" w:rsidRPr="00E767DC" w14:paraId="004E621C" w14:textId="77777777">
        <w:tc>
          <w:tcPr>
            <w:tcW w:w="10432" w:type="dxa"/>
            <w:shd w:val="clear" w:color="auto" w:fill="F5EDF5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264749" w14:textId="77777777" w:rsidR="00D3613B" w:rsidRPr="00E767DC" w:rsidRDefault="0000000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• Liigu koos meeskonnaga.</w:t>
            </w:r>
          </w:p>
          <w:p w14:paraId="3889ACA9" w14:textId="77777777" w:rsidR="00D3613B" w:rsidRPr="00E767DC" w:rsidRDefault="0000000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• Märka prügi ja korja see.</w:t>
            </w:r>
          </w:p>
          <w:p w14:paraId="14B1B3E0" w14:textId="3F5F51E1" w:rsidR="00D3613B" w:rsidRPr="00E767DC" w:rsidRDefault="0000000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 xml:space="preserve">• </w:t>
            </w:r>
            <w:proofErr w:type="spellStart"/>
            <w:r w:rsidR="00E767DC">
              <w:rPr>
                <w:rFonts w:ascii="Arial" w:hAnsi="Arial" w:cs="Arial"/>
                <w:sz w:val="24"/>
                <w:szCs w:val="24"/>
              </w:rPr>
              <w:t>Kirjuta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iga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767DC">
              <w:rPr>
                <w:rFonts w:ascii="Arial" w:hAnsi="Arial" w:cs="Arial"/>
                <w:sz w:val="24"/>
                <w:szCs w:val="24"/>
              </w:rPr>
              <w:t>leitud</w:t>
            </w:r>
            <w:proofErr w:type="spellEnd"/>
            <w:r w:rsidRPr="00E767DC">
              <w:rPr>
                <w:rFonts w:ascii="Arial" w:hAnsi="Arial" w:cs="Arial"/>
                <w:sz w:val="24"/>
                <w:szCs w:val="24"/>
              </w:rPr>
              <w:t xml:space="preserve"> ese õigesse jäätmeliiki.</w:t>
            </w:r>
          </w:p>
        </w:tc>
      </w:tr>
    </w:tbl>
    <w:p w14:paraId="694EC5DD" w14:textId="77777777" w:rsidR="00E767DC" w:rsidRDefault="00E767DC">
      <w:pPr>
        <w:spacing w:before="40" w:after="40"/>
        <w:rPr>
          <w:rFonts w:ascii="Arial" w:hAnsi="Arial" w:cs="Arial"/>
          <w:b/>
          <w:sz w:val="24"/>
          <w:szCs w:val="24"/>
        </w:rPr>
      </w:pPr>
    </w:p>
    <w:p w14:paraId="5A167575" w14:textId="77C20535" w:rsidR="00D3613B" w:rsidRPr="00E767DC" w:rsidRDefault="00000000">
      <w:pPr>
        <w:spacing w:before="40" w:after="40"/>
        <w:rPr>
          <w:rFonts w:ascii="Arial" w:hAnsi="Arial" w:cs="Arial"/>
          <w:sz w:val="24"/>
          <w:szCs w:val="24"/>
        </w:rPr>
      </w:pPr>
      <w:proofErr w:type="gramStart"/>
      <w:r w:rsidRPr="00E767DC">
        <w:rPr>
          <w:rFonts w:ascii="Arial" w:hAnsi="Arial" w:cs="Arial"/>
          <w:b/>
          <w:sz w:val="24"/>
          <w:szCs w:val="24"/>
        </w:rPr>
        <w:t xml:space="preserve">3  </w:t>
      </w:r>
      <w:proofErr w:type="spellStart"/>
      <w:r w:rsidRPr="00E767DC">
        <w:rPr>
          <w:rFonts w:ascii="Arial" w:hAnsi="Arial" w:cs="Arial"/>
          <w:b/>
          <w:sz w:val="24"/>
          <w:szCs w:val="24"/>
        </w:rPr>
        <w:t>Täida</w:t>
      </w:r>
      <w:proofErr w:type="spellEnd"/>
      <w:proofErr w:type="gramEnd"/>
      <w:r w:rsidRPr="00E767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b/>
          <w:sz w:val="24"/>
          <w:szCs w:val="24"/>
        </w:rPr>
        <w:t>tabel</w:t>
      </w:r>
      <w:proofErr w:type="spellEnd"/>
      <w:r w:rsidRPr="00E767DC">
        <w:rPr>
          <w:rFonts w:ascii="Arial" w:hAnsi="Arial" w:cs="Arial"/>
          <w:b/>
          <w:sz w:val="24"/>
          <w:szCs w:val="24"/>
        </w:rPr>
        <w:t>.</w:t>
      </w:r>
    </w:p>
    <w:p w14:paraId="2AA4E691" w14:textId="77777777" w:rsidR="00D3613B" w:rsidRPr="00E767DC" w:rsidRDefault="00000000">
      <w:pPr>
        <w:spacing w:after="60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Tee iga leitud eseme kohta kriips. Lõpus kirjuta arv.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86"/>
        <w:gridCol w:w="2086"/>
        <w:gridCol w:w="2086"/>
        <w:gridCol w:w="2086"/>
        <w:gridCol w:w="2086"/>
      </w:tblGrid>
      <w:tr w:rsidR="00D3613B" w:rsidRPr="00E767DC" w14:paraId="72D19A68" w14:textId="77777777">
        <w:tc>
          <w:tcPr>
            <w:tcW w:w="20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78B4"/>
            <w:tcMar>
              <w:top w:w="45" w:type="dxa"/>
              <w:left w:w="20" w:type="dxa"/>
              <w:bottom w:w="45" w:type="dxa"/>
              <w:right w:w="20" w:type="dxa"/>
            </w:tcMar>
            <w:vAlign w:val="center"/>
          </w:tcPr>
          <w:p w14:paraId="132E2178" w14:textId="77777777" w:rsidR="00D3613B" w:rsidRPr="00E767DC" w:rsidRDefault="00000000">
            <w:pPr>
              <w:jc w:val="center"/>
              <w:rPr>
                <w:rFonts w:ascii="Arial" w:hAnsi="Arial" w:cs="Arial"/>
              </w:rPr>
            </w:pPr>
            <w:r w:rsidRPr="00E767DC">
              <w:rPr>
                <w:rFonts w:ascii="Arial" w:hAnsi="Arial" w:cs="Arial"/>
                <w:b/>
                <w:sz w:val="15"/>
              </w:rPr>
              <w:t>PABER JA PAPP</w:t>
            </w:r>
          </w:p>
        </w:tc>
        <w:tc>
          <w:tcPr>
            <w:tcW w:w="20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C94C"/>
            <w:tcMar>
              <w:top w:w="45" w:type="dxa"/>
              <w:left w:w="20" w:type="dxa"/>
              <w:bottom w:w="45" w:type="dxa"/>
              <w:right w:w="20" w:type="dxa"/>
            </w:tcMar>
            <w:vAlign w:val="center"/>
          </w:tcPr>
          <w:p w14:paraId="6BC6B56F" w14:textId="77777777" w:rsidR="00D3613B" w:rsidRPr="00E767DC" w:rsidRDefault="00000000">
            <w:pPr>
              <w:jc w:val="center"/>
              <w:rPr>
                <w:rFonts w:ascii="Arial" w:hAnsi="Arial" w:cs="Arial"/>
              </w:rPr>
            </w:pPr>
            <w:r w:rsidRPr="00E767DC">
              <w:rPr>
                <w:rFonts w:ascii="Arial" w:hAnsi="Arial" w:cs="Arial"/>
                <w:b/>
                <w:sz w:val="15"/>
              </w:rPr>
              <w:t>SEGAPAKEND</w:t>
            </w:r>
          </w:p>
        </w:tc>
        <w:tc>
          <w:tcPr>
            <w:tcW w:w="20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8B5A2B"/>
            <w:tcMar>
              <w:top w:w="45" w:type="dxa"/>
              <w:left w:w="20" w:type="dxa"/>
              <w:bottom w:w="45" w:type="dxa"/>
              <w:right w:w="20" w:type="dxa"/>
            </w:tcMar>
            <w:vAlign w:val="center"/>
          </w:tcPr>
          <w:p w14:paraId="412B500C" w14:textId="77777777" w:rsidR="00D3613B" w:rsidRPr="00E767DC" w:rsidRDefault="00000000">
            <w:pPr>
              <w:jc w:val="center"/>
              <w:rPr>
                <w:rFonts w:ascii="Arial" w:hAnsi="Arial" w:cs="Arial"/>
              </w:rPr>
            </w:pPr>
            <w:r w:rsidRPr="00E767DC">
              <w:rPr>
                <w:rFonts w:ascii="Arial" w:hAnsi="Arial" w:cs="Arial"/>
                <w:b/>
                <w:sz w:val="15"/>
              </w:rPr>
              <w:t>BIOJÄÄTMED</w:t>
            </w:r>
          </w:p>
        </w:tc>
        <w:tc>
          <w:tcPr>
            <w:tcW w:w="20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8B57"/>
            <w:tcMar>
              <w:top w:w="45" w:type="dxa"/>
              <w:left w:w="20" w:type="dxa"/>
              <w:bottom w:w="45" w:type="dxa"/>
              <w:right w:w="20" w:type="dxa"/>
            </w:tcMar>
            <w:vAlign w:val="center"/>
          </w:tcPr>
          <w:p w14:paraId="35AAA56A" w14:textId="77777777" w:rsidR="00D3613B" w:rsidRPr="00E767DC" w:rsidRDefault="00000000">
            <w:pPr>
              <w:jc w:val="center"/>
              <w:rPr>
                <w:rFonts w:ascii="Arial" w:hAnsi="Arial" w:cs="Arial"/>
              </w:rPr>
            </w:pPr>
            <w:r w:rsidRPr="00E767DC">
              <w:rPr>
                <w:rFonts w:ascii="Arial" w:hAnsi="Arial" w:cs="Arial"/>
                <w:b/>
                <w:sz w:val="15"/>
              </w:rPr>
              <w:t>KLAAS</w:t>
            </w:r>
          </w:p>
        </w:tc>
        <w:tc>
          <w:tcPr>
            <w:tcW w:w="20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555555"/>
            <w:tcMar>
              <w:top w:w="45" w:type="dxa"/>
              <w:left w:w="20" w:type="dxa"/>
              <w:bottom w:w="45" w:type="dxa"/>
              <w:right w:w="20" w:type="dxa"/>
            </w:tcMar>
            <w:vAlign w:val="center"/>
          </w:tcPr>
          <w:p w14:paraId="6E98B12A" w14:textId="77777777" w:rsidR="00D3613B" w:rsidRPr="00E767DC" w:rsidRDefault="00000000">
            <w:pPr>
              <w:jc w:val="center"/>
              <w:rPr>
                <w:rFonts w:ascii="Arial" w:hAnsi="Arial" w:cs="Arial"/>
              </w:rPr>
            </w:pPr>
            <w:r w:rsidRPr="00E767DC">
              <w:rPr>
                <w:rFonts w:ascii="Arial" w:hAnsi="Arial" w:cs="Arial"/>
                <w:b/>
                <w:sz w:val="15"/>
              </w:rPr>
              <w:t>OLMEJÄÄTMED</w:t>
            </w:r>
          </w:p>
        </w:tc>
      </w:tr>
      <w:tr w:rsidR="00D3613B" w:rsidRPr="00E767DC" w14:paraId="2C2E2428" w14:textId="77777777">
        <w:tc>
          <w:tcPr>
            <w:tcW w:w="208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E1D7540" w14:textId="77777777" w:rsidR="00D3613B" w:rsidRPr="00E767DC" w:rsidRDefault="00D3613B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B28009F" w14:textId="77777777" w:rsidR="00D3613B" w:rsidRPr="00E767DC" w:rsidRDefault="00D3613B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8ACD503" w14:textId="77777777" w:rsidR="00D3613B" w:rsidRPr="00E767DC" w:rsidRDefault="00D3613B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2974BAAB" w14:textId="77777777" w:rsidR="00D3613B" w:rsidRPr="00E767DC" w:rsidRDefault="00D3613B">
            <w:pPr>
              <w:rPr>
                <w:rFonts w:ascii="Arial" w:hAnsi="Arial" w:cs="Arial"/>
              </w:rPr>
            </w:pPr>
          </w:p>
        </w:tc>
        <w:tc>
          <w:tcPr>
            <w:tcW w:w="208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17ABC97B" w14:textId="77777777" w:rsidR="00D3613B" w:rsidRDefault="00D3613B">
            <w:pPr>
              <w:rPr>
                <w:rFonts w:ascii="Arial" w:hAnsi="Arial" w:cs="Arial"/>
              </w:rPr>
            </w:pPr>
          </w:p>
          <w:p w14:paraId="78013B8B" w14:textId="77777777" w:rsidR="00E767DC" w:rsidRDefault="00E767DC">
            <w:pPr>
              <w:rPr>
                <w:rFonts w:ascii="Arial" w:hAnsi="Arial" w:cs="Arial"/>
              </w:rPr>
            </w:pPr>
          </w:p>
          <w:p w14:paraId="1F062317" w14:textId="77777777" w:rsidR="00E767DC" w:rsidRDefault="00E767DC">
            <w:pPr>
              <w:rPr>
                <w:rFonts w:ascii="Arial" w:hAnsi="Arial" w:cs="Arial"/>
              </w:rPr>
            </w:pPr>
          </w:p>
          <w:p w14:paraId="5AF09258" w14:textId="77777777" w:rsidR="00E767DC" w:rsidRDefault="00E767DC">
            <w:pPr>
              <w:rPr>
                <w:rFonts w:ascii="Arial" w:hAnsi="Arial" w:cs="Arial"/>
              </w:rPr>
            </w:pPr>
          </w:p>
          <w:p w14:paraId="44CB7988" w14:textId="77777777" w:rsidR="00E767DC" w:rsidRDefault="00E767DC">
            <w:pPr>
              <w:rPr>
                <w:rFonts w:ascii="Arial" w:hAnsi="Arial" w:cs="Arial"/>
              </w:rPr>
            </w:pPr>
          </w:p>
          <w:p w14:paraId="66DF5F9E" w14:textId="77777777" w:rsidR="00E767DC" w:rsidRDefault="00E767DC">
            <w:pPr>
              <w:rPr>
                <w:rFonts w:ascii="Arial" w:hAnsi="Arial" w:cs="Arial"/>
              </w:rPr>
            </w:pPr>
          </w:p>
          <w:p w14:paraId="77BAC059" w14:textId="77777777" w:rsidR="00E767DC" w:rsidRDefault="00E767DC">
            <w:pPr>
              <w:rPr>
                <w:rFonts w:ascii="Arial" w:hAnsi="Arial" w:cs="Arial"/>
              </w:rPr>
            </w:pPr>
          </w:p>
          <w:p w14:paraId="7D4A7DED" w14:textId="77777777" w:rsidR="00E767DC" w:rsidRDefault="00E767DC">
            <w:pPr>
              <w:rPr>
                <w:rFonts w:ascii="Arial" w:hAnsi="Arial" w:cs="Arial"/>
              </w:rPr>
            </w:pPr>
          </w:p>
          <w:p w14:paraId="4DDF2E45" w14:textId="77777777" w:rsidR="00E767DC" w:rsidRDefault="00E767DC">
            <w:pPr>
              <w:rPr>
                <w:rFonts w:ascii="Arial" w:hAnsi="Arial" w:cs="Arial"/>
              </w:rPr>
            </w:pPr>
          </w:p>
          <w:p w14:paraId="21E121F1" w14:textId="77777777" w:rsidR="00E767DC" w:rsidRDefault="00E767DC">
            <w:pPr>
              <w:rPr>
                <w:rFonts w:ascii="Arial" w:hAnsi="Arial" w:cs="Arial"/>
              </w:rPr>
            </w:pPr>
          </w:p>
          <w:p w14:paraId="2D2B6376" w14:textId="77777777" w:rsidR="00E767DC" w:rsidRDefault="00E767DC">
            <w:pPr>
              <w:rPr>
                <w:rFonts w:ascii="Arial" w:hAnsi="Arial" w:cs="Arial"/>
              </w:rPr>
            </w:pPr>
          </w:p>
          <w:p w14:paraId="56A8D62E" w14:textId="77777777" w:rsidR="00E767DC" w:rsidRDefault="00E767DC">
            <w:pPr>
              <w:rPr>
                <w:rFonts w:ascii="Arial" w:hAnsi="Arial" w:cs="Arial"/>
              </w:rPr>
            </w:pPr>
          </w:p>
          <w:p w14:paraId="3A383D16" w14:textId="77777777" w:rsidR="00E767DC" w:rsidRDefault="00E767DC">
            <w:pPr>
              <w:rPr>
                <w:rFonts w:ascii="Arial" w:hAnsi="Arial" w:cs="Arial"/>
              </w:rPr>
            </w:pPr>
          </w:p>
          <w:p w14:paraId="10C23532" w14:textId="77777777" w:rsidR="00E767DC" w:rsidRDefault="00E767DC">
            <w:pPr>
              <w:rPr>
                <w:rFonts w:ascii="Arial" w:hAnsi="Arial" w:cs="Arial"/>
              </w:rPr>
            </w:pPr>
          </w:p>
          <w:p w14:paraId="7E29FF25" w14:textId="77777777" w:rsidR="00E767DC" w:rsidRPr="00E767DC" w:rsidRDefault="00E767DC">
            <w:pPr>
              <w:rPr>
                <w:rFonts w:ascii="Arial" w:hAnsi="Arial" w:cs="Arial"/>
              </w:rPr>
            </w:pPr>
          </w:p>
        </w:tc>
      </w:tr>
      <w:tr w:rsidR="00D3613B" w:rsidRPr="00E767DC" w14:paraId="1B171CEA" w14:textId="77777777">
        <w:tc>
          <w:tcPr>
            <w:tcW w:w="208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F4F4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012DD3CC" w14:textId="77777777" w:rsidR="00D3613B" w:rsidRPr="00E767DC" w:rsidRDefault="00000000">
            <w:pPr>
              <w:jc w:val="center"/>
              <w:rPr>
                <w:rFonts w:ascii="Arial" w:hAnsi="Arial" w:cs="Arial"/>
              </w:rPr>
            </w:pPr>
            <w:r w:rsidRPr="00E767DC">
              <w:rPr>
                <w:rFonts w:ascii="Arial" w:hAnsi="Arial" w:cs="Arial"/>
                <w:b/>
                <w:sz w:val="16"/>
              </w:rPr>
              <w:t>KOKKU</w:t>
            </w:r>
            <w:r w:rsidRPr="00E767DC">
              <w:rPr>
                <w:rFonts w:ascii="Arial" w:hAnsi="Arial" w:cs="Arial"/>
                <w:b/>
                <w:sz w:val="16"/>
              </w:rPr>
              <w:br/>
              <w:t>_____</w:t>
            </w:r>
          </w:p>
        </w:tc>
        <w:tc>
          <w:tcPr>
            <w:tcW w:w="208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F4F4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5622F49A" w14:textId="77777777" w:rsidR="00D3613B" w:rsidRPr="00E767DC" w:rsidRDefault="00000000">
            <w:pPr>
              <w:jc w:val="center"/>
              <w:rPr>
                <w:rFonts w:ascii="Arial" w:hAnsi="Arial" w:cs="Arial"/>
              </w:rPr>
            </w:pPr>
            <w:r w:rsidRPr="00E767DC">
              <w:rPr>
                <w:rFonts w:ascii="Arial" w:hAnsi="Arial" w:cs="Arial"/>
                <w:b/>
                <w:sz w:val="16"/>
              </w:rPr>
              <w:t>KOKKU</w:t>
            </w:r>
            <w:r w:rsidRPr="00E767DC">
              <w:rPr>
                <w:rFonts w:ascii="Arial" w:hAnsi="Arial" w:cs="Arial"/>
                <w:b/>
                <w:sz w:val="16"/>
              </w:rPr>
              <w:br/>
              <w:t>_____</w:t>
            </w:r>
          </w:p>
        </w:tc>
        <w:tc>
          <w:tcPr>
            <w:tcW w:w="208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F4F4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160E9A55" w14:textId="77777777" w:rsidR="00D3613B" w:rsidRPr="00E767DC" w:rsidRDefault="00000000">
            <w:pPr>
              <w:jc w:val="center"/>
              <w:rPr>
                <w:rFonts w:ascii="Arial" w:hAnsi="Arial" w:cs="Arial"/>
              </w:rPr>
            </w:pPr>
            <w:r w:rsidRPr="00E767DC">
              <w:rPr>
                <w:rFonts w:ascii="Arial" w:hAnsi="Arial" w:cs="Arial"/>
                <w:b/>
                <w:sz w:val="16"/>
              </w:rPr>
              <w:t>KOKKU</w:t>
            </w:r>
            <w:r w:rsidRPr="00E767DC">
              <w:rPr>
                <w:rFonts w:ascii="Arial" w:hAnsi="Arial" w:cs="Arial"/>
                <w:b/>
                <w:sz w:val="16"/>
              </w:rPr>
              <w:br/>
              <w:t>_____</w:t>
            </w:r>
          </w:p>
        </w:tc>
        <w:tc>
          <w:tcPr>
            <w:tcW w:w="208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F4F4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49435A69" w14:textId="77777777" w:rsidR="00D3613B" w:rsidRPr="00E767DC" w:rsidRDefault="00000000">
            <w:pPr>
              <w:jc w:val="center"/>
              <w:rPr>
                <w:rFonts w:ascii="Arial" w:hAnsi="Arial" w:cs="Arial"/>
              </w:rPr>
            </w:pPr>
            <w:r w:rsidRPr="00E767DC">
              <w:rPr>
                <w:rFonts w:ascii="Arial" w:hAnsi="Arial" w:cs="Arial"/>
                <w:b/>
                <w:sz w:val="16"/>
              </w:rPr>
              <w:t>KOKKU</w:t>
            </w:r>
            <w:r w:rsidRPr="00E767DC">
              <w:rPr>
                <w:rFonts w:ascii="Arial" w:hAnsi="Arial" w:cs="Arial"/>
                <w:b/>
                <w:sz w:val="16"/>
              </w:rPr>
              <w:br/>
              <w:t>_____</w:t>
            </w:r>
          </w:p>
        </w:tc>
        <w:tc>
          <w:tcPr>
            <w:tcW w:w="208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F4F4"/>
            <w:tcMar>
              <w:top w:w="40" w:type="dxa"/>
              <w:left w:w="20" w:type="dxa"/>
              <w:bottom w:w="40" w:type="dxa"/>
              <w:right w:w="20" w:type="dxa"/>
            </w:tcMar>
          </w:tcPr>
          <w:p w14:paraId="37F05C71" w14:textId="77777777" w:rsidR="00D3613B" w:rsidRPr="00E767DC" w:rsidRDefault="00000000">
            <w:pPr>
              <w:jc w:val="center"/>
              <w:rPr>
                <w:rFonts w:ascii="Arial" w:hAnsi="Arial" w:cs="Arial"/>
              </w:rPr>
            </w:pPr>
            <w:r w:rsidRPr="00E767DC">
              <w:rPr>
                <w:rFonts w:ascii="Arial" w:hAnsi="Arial" w:cs="Arial"/>
                <w:b/>
                <w:sz w:val="16"/>
              </w:rPr>
              <w:t>KOKKU</w:t>
            </w:r>
            <w:r w:rsidRPr="00E767DC">
              <w:rPr>
                <w:rFonts w:ascii="Arial" w:hAnsi="Arial" w:cs="Arial"/>
                <w:b/>
                <w:sz w:val="16"/>
              </w:rPr>
              <w:br/>
              <w:t>_____</w:t>
            </w:r>
          </w:p>
        </w:tc>
      </w:tr>
    </w:tbl>
    <w:p w14:paraId="60BD09E2" w14:textId="77777777" w:rsidR="00D3613B" w:rsidRPr="00E767DC" w:rsidRDefault="00D3613B">
      <w:pPr>
        <w:rPr>
          <w:rFonts w:ascii="Arial" w:hAnsi="Arial" w:cs="Arial"/>
        </w:rPr>
        <w:sectPr w:rsidR="00D3613B" w:rsidRPr="00E767DC">
          <w:footerReference w:type="default" r:id="rId9"/>
          <w:pgSz w:w="11906" w:h="16838"/>
          <w:pgMar w:top="567" w:right="737" w:bottom="680" w:left="737" w:header="720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432"/>
      </w:tblGrid>
      <w:tr w:rsidR="00D3613B" w:rsidRPr="00E767DC" w14:paraId="3A0102C3" w14:textId="77777777">
        <w:tc>
          <w:tcPr>
            <w:tcW w:w="10432" w:type="dxa"/>
            <w:shd w:val="clear" w:color="auto" w:fill="7A1F75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F310AE0" w14:textId="77777777" w:rsidR="00D3613B" w:rsidRPr="00E767DC" w:rsidRDefault="00000000">
            <w:pPr>
              <w:spacing w:after="0"/>
              <w:rPr>
                <w:rFonts w:ascii="Arial" w:hAnsi="Arial" w:cs="Arial"/>
              </w:rPr>
            </w:pPr>
            <w:r w:rsidRPr="00E767DC">
              <w:rPr>
                <w:rFonts w:ascii="Arial" w:hAnsi="Arial" w:cs="Arial"/>
                <w:b/>
                <w:sz w:val="40"/>
              </w:rPr>
              <w:lastRenderedPageBreak/>
              <w:t>PÄRAST MÄNGU</w:t>
            </w:r>
          </w:p>
          <w:p w14:paraId="277B232B" w14:textId="77777777" w:rsidR="00D3613B" w:rsidRPr="00E767DC" w:rsidRDefault="0000000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767DC">
              <w:rPr>
                <w:rFonts w:ascii="Arial" w:hAnsi="Arial" w:cs="Arial"/>
                <w:sz w:val="20"/>
                <w:szCs w:val="20"/>
              </w:rPr>
              <w:t>Vaata tabelit ja vasta.</w:t>
            </w:r>
          </w:p>
        </w:tc>
      </w:tr>
    </w:tbl>
    <w:p w14:paraId="774348E6" w14:textId="77777777" w:rsidR="00E767DC" w:rsidRDefault="00E767DC">
      <w:pPr>
        <w:spacing w:before="40" w:after="40"/>
        <w:rPr>
          <w:rFonts w:ascii="Arial" w:hAnsi="Arial" w:cs="Arial"/>
          <w:b/>
          <w:sz w:val="24"/>
        </w:rPr>
      </w:pPr>
    </w:p>
    <w:p w14:paraId="53D3BA05" w14:textId="69518409" w:rsidR="00D3613B" w:rsidRPr="00E767DC" w:rsidRDefault="00000000">
      <w:pPr>
        <w:spacing w:before="40" w:after="40"/>
        <w:rPr>
          <w:rFonts w:ascii="Arial" w:hAnsi="Arial" w:cs="Arial"/>
          <w:sz w:val="24"/>
          <w:szCs w:val="24"/>
        </w:rPr>
      </w:pPr>
      <w:proofErr w:type="gramStart"/>
      <w:r w:rsidRPr="00E767DC">
        <w:rPr>
          <w:rFonts w:ascii="Arial" w:hAnsi="Arial" w:cs="Arial"/>
          <w:b/>
          <w:sz w:val="24"/>
        </w:rPr>
        <w:t xml:space="preserve">1  </w:t>
      </w:r>
      <w:r w:rsidRPr="00E767DC">
        <w:rPr>
          <w:rFonts w:ascii="Arial" w:hAnsi="Arial" w:cs="Arial"/>
          <w:b/>
          <w:sz w:val="24"/>
          <w:szCs w:val="24"/>
        </w:rPr>
        <w:t>Vasta</w:t>
      </w:r>
      <w:proofErr w:type="gramEnd"/>
      <w:r w:rsidRPr="00E767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b/>
          <w:sz w:val="24"/>
          <w:szCs w:val="24"/>
        </w:rPr>
        <w:t>küsimustele</w:t>
      </w:r>
      <w:proofErr w:type="spellEnd"/>
      <w:r w:rsidRPr="00E767DC">
        <w:rPr>
          <w:rFonts w:ascii="Arial" w:hAnsi="Arial" w:cs="Arial"/>
          <w:b/>
          <w:sz w:val="24"/>
          <w:szCs w:val="24"/>
        </w:rPr>
        <w:t>.</w:t>
      </w:r>
    </w:p>
    <w:p w14:paraId="7C944115" w14:textId="77777777" w:rsidR="00D3613B" w:rsidRPr="00E767DC" w:rsidRDefault="00000000">
      <w:pPr>
        <w:spacing w:after="0"/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b/>
          <w:sz w:val="24"/>
          <w:szCs w:val="24"/>
        </w:rPr>
        <w:t>Mis jäätmeid oli kõige rohkem?</w:t>
      </w:r>
    </w:p>
    <w:p w14:paraId="5E91B8B7" w14:textId="3BBB26F6" w:rsidR="00D3613B" w:rsidRPr="00E767DC" w:rsidRDefault="00000000">
      <w:pPr>
        <w:spacing w:after="80"/>
        <w:ind w:left="283"/>
        <w:rPr>
          <w:rFonts w:ascii="Arial" w:hAnsi="Arial" w:cs="Arial"/>
          <w:sz w:val="24"/>
          <w:szCs w:val="24"/>
        </w:rPr>
      </w:pPr>
      <w:proofErr w:type="spellStart"/>
      <w:r w:rsidRPr="00E767DC">
        <w:rPr>
          <w:rFonts w:ascii="Arial" w:hAnsi="Arial" w:cs="Arial"/>
          <w:sz w:val="24"/>
          <w:szCs w:val="24"/>
        </w:rPr>
        <w:t>Kõige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sz w:val="24"/>
          <w:szCs w:val="24"/>
        </w:rPr>
        <w:t>rohkem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sz w:val="24"/>
          <w:szCs w:val="24"/>
        </w:rPr>
        <w:t>oli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___________________________</w:t>
      </w:r>
      <w:r w:rsidR="00E767DC">
        <w:rPr>
          <w:rFonts w:ascii="Arial" w:hAnsi="Arial" w:cs="Arial"/>
          <w:sz w:val="24"/>
          <w:szCs w:val="24"/>
        </w:rPr>
        <w:t>_________</w:t>
      </w:r>
      <w:r w:rsidRPr="00E767DC">
        <w:rPr>
          <w:rFonts w:ascii="Arial" w:hAnsi="Arial" w:cs="Arial"/>
          <w:sz w:val="24"/>
          <w:szCs w:val="24"/>
        </w:rPr>
        <w:t>________________.</w:t>
      </w:r>
    </w:p>
    <w:p w14:paraId="17682883" w14:textId="77777777" w:rsidR="00D3613B" w:rsidRPr="00E767DC" w:rsidRDefault="00000000">
      <w:pPr>
        <w:spacing w:after="0"/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b/>
          <w:sz w:val="24"/>
          <w:szCs w:val="24"/>
        </w:rPr>
        <w:t>Mis jäätmeid oli kõige vähem?</w:t>
      </w:r>
    </w:p>
    <w:p w14:paraId="11E6EFE0" w14:textId="68C1EA38" w:rsidR="00D3613B" w:rsidRPr="00E767DC" w:rsidRDefault="00000000">
      <w:pPr>
        <w:spacing w:after="80"/>
        <w:ind w:left="283"/>
        <w:rPr>
          <w:rFonts w:ascii="Arial" w:hAnsi="Arial" w:cs="Arial"/>
          <w:sz w:val="24"/>
          <w:szCs w:val="24"/>
        </w:rPr>
      </w:pPr>
      <w:proofErr w:type="spellStart"/>
      <w:r w:rsidRPr="00E767DC">
        <w:rPr>
          <w:rFonts w:ascii="Arial" w:hAnsi="Arial" w:cs="Arial"/>
          <w:sz w:val="24"/>
          <w:szCs w:val="24"/>
        </w:rPr>
        <w:t>Kõige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sz w:val="24"/>
          <w:szCs w:val="24"/>
        </w:rPr>
        <w:t>vähem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sz w:val="24"/>
          <w:szCs w:val="24"/>
        </w:rPr>
        <w:t>oli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______________________________</w:t>
      </w:r>
      <w:r w:rsidR="00E767DC">
        <w:rPr>
          <w:rFonts w:ascii="Arial" w:hAnsi="Arial" w:cs="Arial"/>
          <w:sz w:val="24"/>
          <w:szCs w:val="24"/>
        </w:rPr>
        <w:t>_________</w:t>
      </w:r>
      <w:r w:rsidRPr="00E767DC">
        <w:rPr>
          <w:rFonts w:ascii="Arial" w:hAnsi="Arial" w:cs="Arial"/>
          <w:sz w:val="24"/>
          <w:szCs w:val="24"/>
        </w:rPr>
        <w:t>______________.</w:t>
      </w:r>
    </w:p>
    <w:p w14:paraId="638D2663" w14:textId="77777777" w:rsidR="00D3613B" w:rsidRPr="00E767DC" w:rsidRDefault="00000000">
      <w:pPr>
        <w:spacing w:after="0"/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b/>
          <w:sz w:val="24"/>
          <w:szCs w:val="24"/>
        </w:rPr>
        <w:t>Mitu eset leidsite kokku?</w:t>
      </w:r>
    </w:p>
    <w:p w14:paraId="39067EC7" w14:textId="43BC44A3" w:rsidR="00D3613B" w:rsidRPr="00E767DC" w:rsidRDefault="00000000">
      <w:pPr>
        <w:spacing w:after="80"/>
        <w:ind w:left="283"/>
        <w:rPr>
          <w:rFonts w:ascii="Arial" w:hAnsi="Arial" w:cs="Arial"/>
          <w:sz w:val="24"/>
          <w:szCs w:val="24"/>
        </w:rPr>
      </w:pPr>
      <w:proofErr w:type="spellStart"/>
      <w:r w:rsidRPr="00E767DC">
        <w:rPr>
          <w:rFonts w:ascii="Arial" w:hAnsi="Arial" w:cs="Arial"/>
          <w:sz w:val="24"/>
          <w:szCs w:val="24"/>
        </w:rPr>
        <w:t>Leidsime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767DC">
        <w:rPr>
          <w:rFonts w:ascii="Arial" w:hAnsi="Arial" w:cs="Arial"/>
          <w:sz w:val="24"/>
          <w:szCs w:val="24"/>
        </w:rPr>
        <w:t>kokku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___</w:t>
      </w:r>
      <w:proofErr w:type="gramEnd"/>
      <w:r w:rsidRPr="00E767DC">
        <w:rPr>
          <w:rFonts w:ascii="Arial" w:hAnsi="Arial" w:cs="Arial"/>
          <w:sz w:val="24"/>
          <w:szCs w:val="24"/>
        </w:rPr>
        <w:t>______</w:t>
      </w:r>
      <w:r w:rsidR="00E767DC">
        <w:rPr>
          <w:rFonts w:ascii="Arial" w:hAnsi="Arial" w:cs="Arial"/>
          <w:sz w:val="24"/>
          <w:szCs w:val="24"/>
        </w:rPr>
        <w:t>________</w:t>
      </w:r>
      <w:r w:rsidRPr="00E767DC">
        <w:rPr>
          <w:rFonts w:ascii="Arial" w:hAnsi="Arial" w:cs="Arial"/>
          <w:sz w:val="24"/>
          <w:szCs w:val="24"/>
        </w:rPr>
        <w:t xml:space="preserve">_ </w:t>
      </w:r>
      <w:proofErr w:type="spellStart"/>
      <w:r w:rsidRPr="00E767DC">
        <w:rPr>
          <w:rFonts w:ascii="Arial" w:hAnsi="Arial" w:cs="Arial"/>
          <w:sz w:val="24"/>
          <w:szCs w:val="24"/>
        </w:rPr>
        <w:t>eset</w:t>
      </w:r>
      <w:proofErr w:type="spellEnd"/>
      <w:r w:rsidRPr="00E767DC">
        <w:rPr>
          <w:rFonts w:ascii="Arial" w:hAnsi="Arial" w:cs="Arial"/>
          <w:sz w:val="24"/>
          <w:szCs w:val="24"/>
        </w:rPr>
        <w:t>.</w:t>
      </w:r>
    </w:p>
    <w:p w14:paraId="493A77D4" w14:textId="77777777" w:rsidR="00D3613B" w:rsidRPr="00E767DC" w:rsidRDefault="00000000">
      <w:pPr>
        <w:spacing w:after="0"/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b/>
          <w:sz w:val="24"/>
          <w:szCs w:val="24"/>
        </w:rPr>
        <w:t>Kus oli kõige rohkem prügi?</w:t>
      </w:r>
    </w:p>
    <w:p w14:paraId="6313CA31" w14:textId="019733AF" w:rsidR="00D3613B" w:rsidRPr="00E767DC" w:rsidRDefault="00000000">
      <w:pPr>
        <w:spacing w:after="80"/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 xml:space="preserve">Kõige </w:t>
      </w:r>
      <w:proofErr w:type="spellStart"/>
      <w:r w:rsidRPr="00E767DC">
        <w:rPr>
          <w:rFonts w:ascii="Arial" w:hAnsi="Arial" w:cs="Arial"/>
          <w:sz w:val="24"/>
          <w:szCs w:val="24"/>
        </w:rPr>
        <w:t>rohkem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sz w:val="24"/>
          <w:szCs w:val="24"/>
        </w:rPr>
        <w:t>prügi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sz w:val="24"/>
          <w:szCs w:val="24"/>
        </w:rPr>
        <w:t>oli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______</w:t>
      </w:r>
      <w:r w:rsidR="00E767DC">
        <w:rPr>
          <w:rFonts w:ascii="Arial" w:hAnsi="Arial" w:cs="Arial"/>
          <w:sz w:val="24"/>
          <w:szCs w:val="24"/>
        </w:rPr>
        <w:t>___________</w:t>
      </w:r>
      <w:r w:rsidRPr="00E767DC">
        <w:rPr>
          <w:rFonts w:ascii="Arial" w:hAnsi="Arial" w:cs="Arial"/>
          <w:sz w:val="24"/>
          <w:szCs w:val="24"/>
        </w:rPr>
        <w:t>________________________________.</w:t>
      </w:r>
    </w:p>
    <w:p w14:paraId="0940B343" w14:textId="77777777" w:rsidR="00D3613B" w:rsidRPr="00E767DC" w:rsidRDefault="00000000">
      <w:pPr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b/>
          <w:sz w:val="24"/>
          <w:szCs w:val="24"/>
        </w:rPr>
        <w:t>Kas sorteerimine oli lihtne?</w:t>
      </w:r>
    </w:p>
    <w:p w14:paraId="1229D5AD" w14:textId="77777777" w:rsidR="00D3613B" w:rsidRPr="00E767DC" w:rsidRDefault="00000000">
      <w:pPr>
        <w:spacing w:after="80"/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Segoe UI Symbol" w:hAnsi="Segoe UI Symbol" w:cs="Segoe UI Symbol"/>
          <w:sz w:val="24"/>
          <w:szCs w:val="24"/>
        </w:rPr>
        <w:t>☐</w:t>
      </w:r>
      <w:r w:rsidRPr="00E767DC">
        <w:rPr>
          <w:rFonts w:ascii="Arial" w:hAnsi="Arial" w:cs="Arial"/>
          <w:sz w:val="24"/>
          <w:szCs w:val="24"/>
        </w:rPr>
        <w:t xml:space="preserve"> JAH        </w:t>
      </w:r>
      <w:r w:rsidRPr="00E767DC">
        <w:rPr>
          <w:rFonts w:ascii="Segoe UI Symbol" w:hAnsi="Segoe UI Symbol" w:cs="Segoe UI Symbol"/>
          <w:sz w:val="24"/>
          <w:szCs w:val="24"/>
        </w:rPr>
        <w:t>☐</w:t>
      </w:r>
      <w:r w:rsidRPr="00E767DC">
        <w:rPr>
          <w:rFonts w:ascii="Arial" w:hAnsi="Arial" w:cs="Arial"/>
          <w:sz w:val="24"/>
          <w:szCs w:val="24"/>
        </w:rPr>
        <w:t xml:space="preserve"> NATUKE        </w:t>
      </w:r>
      <w:r w:rsidRPr="00E767DC">
        <w:rPr>
          <w:rFonts w:ascii="Segoe UI Symbol" w:hAnsi="Segoe UI Symbol" w:cs="Segoe UI Symbol"/>
          <w:sz w:val="24"/>
          <w:szCs w:val="24"/>
        </w:rPr>
        <w:t>☐</w:t>
      </w:r>
      <w:r w:rsidRPr="00E767DC">
        <w:rPr>
          <w:rFonts w:ascii="Arial" w:hAnsi="Arial" w:cs="Arial"/>
          <w:sz w:val="24"/>
          <w:szCs w:val="24"/>
        </w:rPr>
        <w:t xml:space="preserve"> EI</w:t>
      </w:r>
    </w:p>
    <w:p w14:paraId="69F71A7F" w14:textId="77777777" w:rsidR="00D3613B" w:rsidRPr="00E767DC" w:rsidRDefault="00000000">
      <w:pPr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b/>
          <w:sz w:val="24"/>
          <w:szCs w:val="24"/>
        </w:rPr>
        <w:t>Üks asi, mida ma õppisin:</w:t>
      </w:r>
    </w:p>
    <w:p w14:paraId="47C0735F" w14:textId="44879774" w:rsidR="00D3613B" w:rsidRPr="00E767DC" w:rsidRDefault="00000000" w:rsidP="00E767DC">
      <w:pPr>
        <w:spacing w:after="0" w:line="480" w:lineRule="auto"/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_________________________________________________________________</w:t>
      </w:r>
      <w:r w:rsidR="00E767DC">
        <w:rPr>
          <w:rFonts w:ascii="Arial" w:hAnsi="Arial" w:cs="Arial"/>
          <w:sz w:val="24"/>
          <w:szCs w:val="24"/>
        </w:rPr>
        <w:t>__</w:t>
      </w:r>
      <w:r w:rsidRPr="00E767DC">
        <w:rPr>
          <w:rFonts w:ascii="Arial" w:hAnsi="Arial" w:cs="Arial"/>
          <w:sz w:val="24"/>
          <w:szCs w:val="24"/>
        </w:rPr>
        <w:t>_</w:t>
      </w:r>
    </w:p>
    <w:p w14:paraId="3D16D94E" w14:textId="29972CBD" w:rsidR="00D3613B" w:rsidRDefault="00000000" w:rsidP="00E767DC">
      <w:pPr>
        <w:spacing w:after="0" w:line="480" w:lineRule="auto"/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________________________________________________________________</w:t>
      </w:r>
      <w:r w:rsidR="00E767DC">
        <w:rPr>
          <w:rFonts w:ascii="Arial" w:hAnsi="Arial" w:cs="Arial"/>
          <w:sz w:val="24"/>
          <w:szCs w:val="24"/>
        </w:rPr>
        <w:t>__</w:t>
      </w:r>
      <w:r w:rsidRPr="00E767DC">
        <w:rPr>
          <w:rFonts w:ascii="Arial" w:hAnsi="Arial" w:cs="Arial"/>
          <w:sz w:val="24"/>
          <w:szCs w:val="24"/>
        </w:rPr>
        <w:t>__</w:t>
      </w:r>
    </w:p>
    <w:p w14:paraId="06057428" w14:textId="77777777" w:rsidR="00E767DC" w:rsidRPr="00E767DC" w:rsidRDefault="00E767DC">
      <w:pPr>
        <w:spacing w:after="0"/>
        <w:ind w:left="283"/>
        <w:rPr>
          <w:rFonts w:ascii="Arial" w:hAnsi="Arial" w:cs="Arial"/>
          <w:sz w:val="24"/>
          <w:szCs w:val="24"/>
        </w:rPr>
      </w:pPr>
    </w:p>
    <w:p w14:paraId="309B5E5A" w14:textId="77777777" w:rsidR="00D3613B" w:rsidRPr="00E767DC" w:rsidRDefault="00000000">
      <w:pPr>
        <w:spacing w:before="40" w:after="40"/>
        <w:rPr>
          <w:rFonts w:ascii="Arial" w:hAnsi="Arial" w:cs="Arial"/>
          <w:sz w:val="24"/>
          <w:szCs w:val="24"/>
        </w:rPr>
      </w:pPr>
      <w:proofErr w:type="gramStart"/>
      <w:r w:rsidRPr="00E767DC">
        <w:rPr>
          <w:rFonts w:ascii="Arial" w:hAnsi="Arial" w:cs="Arial"/>
          <w:b/>
          <w:sz w:val="24"/>
          <w:szCs w:val="24"/>
        </w:rPr>
        <w:t>2  Punktid</w:t>
      </w:r>
      <w:proofErr w:type="gram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D3613B" w:rsidRPr="00E767DC" w14:paraId="1560CD40" w14:textId="77777777">
        <w:tc>
          <w:tcPr>
            <w:tcW w:w="5216" w:type="dxa"/>
            <w:tcBorders>
              <w:top w:val="single" w:sz="4" w:space="0" w:color="D0C0D0"/>
              <w:left w:val="single" w:sz="4" w:space="0" w:color="D0C0D0"/>
              <w:bottom w:val="single" w:sz="4" w:space="0" w:color="D0C0D0"/>
              <w:right w:val="single" w:sz="4" w:space="0" w:color="D0C0D0"/>
            </w:tcBorders>
            <w:shd w:val="clear" w:color="auto" w:fill="F5EDF5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37F7471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Märkas kõige rohkem prügi</w:t>
            </w:r>
          </w:p>
        </w:tc>
        <w:tc>
          <w:tcPr>
            <w:tcW w:w="5216" w:type="dxa"/>
            <w:tcBorders>
              <w:top w:val="single" w:sz="4" w:space="0" w:color="D0C0D0"/>
              <w:left w:val="single" w:sz="4" w:space="0" w:color="D0C0D0"/>
              <w:bottom w:val="single" w:sz="4" w:space="0" w:color="D0C0D0"/>
              <w:right w:val="single" w:sz="4" w:space="0" w:color="D0C0D0"/>
            </w:tcBorders>
            <w:shd w:val="clear" w:color="auto" w:fill="F5EDF5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BA2F368" w14:textId="77777777" w:rsidR="00D3613B" w:rsidRPr="00E767DC" w:rsidRDefault="0000000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____ / 15 p</w:t>
            </w:r>
          </w:p>
        </w:tc>
      </w:tr>
      <w:tr w:rsidR="00D3613B" w:rsidRPr="00E767DC" w14:paraId="2CD0A1F1" w14:textId="77777777">
        <w:tc>
          <w:tcPr>
            <w:tcW w:w="5216" w:type="dxa"/>
            <w:tcBorders>
              <w:top w:val="single" w:sz="4" w:space="0" w:color="D0C0D0"/>
              <w:left w:val="single" w:sz="4" w:space="0" w:color="D0C0D0"/>
              <w:bottom w:val="single" w:sz="4" w:space="0" w:color="D0C0D0"/>
              <w:right w:val="single" w:sz="4" w:space="0" w:color="D0C0D0"/>
            </w:tcBorders>
            <w:shd w:val="clear" w:color="auto" w:fill="F5EDF5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DAEDC61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Sorteeris kõige kiiremini</w:t>
            </w:r>
          </w:p>
        </w:tc>
        <w:tc>
          <w:tcPr>
            <w:tcW w:w="5216" w:type="dxa"/>
            <w:tcBorders>
              <w:top w:val="single" w:sz="4" w:space="0" w:color="D0C0D0"/>
              <w:left w:val="single" w:sz="4" w:space="0" w:color="D0C0D0"/>
              <w:bottom w:val="single" w:sz="4" w:space="0" w:color="D0C0D0"/>
              <w:right w:val="single" w:sz="4" w:space="0" w:color="D0C0D0"/>
            </w:tcBorders>
            <w:shd w:val="clear" w:color="auto" w:fill="F5EDF5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8493DB1" w14:textId="77777777" w:rsidR="00D3613B" w:rsidRPr="00E767DC" w:rsidRDefault="0000000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____ / 15 p</w:t>
            </w:r>
          </w:p>
        </w:tc>
      </w:tr>
      <w:tr w:rsidR="00D3613B" w:rsidRPr="00E767DC" w14:paraId="7A489032" w14:textId="77777777">
        <w:tc>
          <w:tcPr>
            <w:tcW w:w="5216" w:type="dxa"/>
            <w:tcBorders>
              <w:top w:val="single" w:sz="4" w:space="0" w:color="D0C0D0"/>
              <w:left w:val="single" w:sz="4" w:space="0" w:color="D0C0D0"/>
              <w:bottom w:val="single" w:sz="4" w:space="0" w:color="D0C0D0"/>
              <w:right w:val="single" w:sz="4" w:space="0" w:color="D0C0D0"/>
            </w:tcBorders>
            <w:shd w:val="clear" w:color="auto" w:fill="F5EDF5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AE17117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Sorteeris kõik õigesti</w:t>
            </w:r>
          </w:p>
        </w:tc>
        <w:tc>
          <w:tcPr>
            <w:tcW w:w="5216" w:type="dxa"/>
            <w:tcBorders>
              <w:top w:val="single" w:sz="4" w:space="0" w:color="D0C0D0"/>
              <w:left w:val="single" w:sz="4" w:space="0" w:color="D0C0D0"/>
              <w:bottom w:val="single" w:sz="4" w:space="0" w:color="D0C0D0"/>
              <w:right w:val="single" w:sz="4" w:space="0" w:color="D0C0D0"/>
            </w:tcBorders>
            <w:shd w:val="clear" w:color="auto" w:fill="F5EDF5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5BC77B1" w14:textId="77777777" w:rsidR="00D3613B" w:rsidRPr="00E767DC" w:rsidRDefault="0000000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sz w:val="24"/>
                <w:szCs w:val="24"/>
              </w:rPr>
              <w:t>____ / 15 p</w:t>
            </w:r>
          </w:p>
        </w:tc>
      </w:tr>
      <w:tr w:rsidR="00D3613B" w:rsidRPr="00E767DC" w14:paraId="1FF2A5B4" w14:textId="77777777">
        <w:tc>
          <w:tcPr>
            <w:tcW w:w="5216" w:type="dxa"/>
            <w:tcBorders>
              <w:top w:val="single" w:sz="4" w:space="0" w:color="D0C0D0"/>
              <w:left w:val="single" w:sz="4" w:space="0" w:color="D0C0D0"/>
              <w:bottom w:val="single" w:sz="4" w:space="0" w:color="D0C0D0"/>
              <w:right w:val="single" w:sz="4" w:space="0" w:color="D0C0D0"/>
            </w:tcBorders>
            <w:shd w:val="clear" w:color="auto" w:fill="F5EDF5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CD0D8A2" w14:textId="77777777" w:rsidR="00D3613B" w:rsidRPr="00E767DC" w:rsidRDefault="00000000">
            <w:pPr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b/>
                <w:sz w:val="24"/>
                <w:szCs w:val="24"/>
              </w:rPr>
              <w:t>KOKKU</w:t>
            </w:r>
          </w:p>
        </w:tc>
        <w:tc>
          <w:tcPr>
            <w:tcW w:w="5216" w:type="dxa"/>
            <w:tcBorders>
              <w:top w:val="single" w:sz="4" w:space="0" w:color="D0C0D0"/>
              <w:left w:val="single" w:sz="4" w:space="0" w:color="D0C0D0"/>
              <w:bottom w:val="single" w:sz="4" w:space="0" w:color="D0C0D0"/>
              <w:right w:val="single" w:sz="4" w:space="0" w:color="D0C0D0"/>
            </w:tcBorders>
            <w:shd w:val="clear" w:color="auto" w:fill="F5EDF5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3138C1B" w14:textId="77777777" w:rsidR="00D3613B" w:rsidRPr="00E767DC" w:rsidRDefault="0000000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767DC">
              <w:rPr>
                <w:rFonts w:ascii="Arial" w:hAnsi="Arial" w:cs="Arial"/>
                <w:b/>
                <w:sz w:val="24"/>
                <w:szCs w:val="24"/>
              </w:rPr>
              <w:t>____ / 45 p</w:t>
            </w:r>
          </w:p>
        </w:tc>
      </w:tr>
    </w:tbl>
    <w:p w14:paraId="73475F1F" w14:textId="77777777" w:rsidR="00E767DC" w:rsidRDefault="00E767DC">
      <w:pPr>
        <w:spacing w:before="40" w:after="40"/>
        <w:rPr>
          <w:rFonts w:ascii="Arial" w:hAnsi="Arial" w:cs="Arial"/>
          <w:b/>
          <w:sz w:val="24"/>
          <w:szCs w:val="24"/>
        </w:rPr>
      </w:pPr>
    </w:p>
    <w:p w14:paraId="3ACB9F38" w14:textId="07661BDB" w:rsidR="00D3613B" w:rsidRDefault="00000000">
      <w:pPr>
        <w:spacing w:before="40" w:after="40"/>
        <w:rPr>
          <w:rFonts w:ascii="Arial" w:hAnsi="Arial" w:cs="Arial"/>
          <w:b/>
          <w:sz w:val="24"/>
          <w:szCs w:val="24"/>
        </w:rPr>
      </w:pPr>
      <w:proofErr w:type="gramStart"/>
      <w:r w:rsidRPr="00E767DC">
        <w:rPr>
          <w:rFonts w:ascii="Arial" w:hAnsi="Arial" w:cs="Arial"/>
          <w:b/>
          <w:sz w:val="24"/>
          <w:szCs w:val="24"/>
        </w:rPr>
        <w:t xml:space="preserve">3  </w:t>
      </w:r>
      <w:proofErr w:type="spellStart"/>
      <w:r w:rsidRPr="00E767DC">
        <w:rPr>
          <w:rFonts w:ascii="Arial" w:hAnsi="Arial" w:cs="Arial"/>
          <w:b/>
          <w:sz w:val="24"/>
          <w:szCs w:val="24"/>
        </w:rPr>
        <w:t>Meeskonna</w:t>
      </w:r>
      <w:proofErr w:type="spellEnd"/>
      <w:proofErr w:type="gramEnd"/>
      <w:r w:rsidRPr="00E767D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b/>
          <w:sz w:val="24"/>
          <w:szCs w:val="24"/>
        </w:rPr>
        <w:t>kokkuvõte</w:t>
      </w:r>
      <w:proofErr w:type="spellEnd"/>
    </w:p>
    <w:p w14:paraId="47C58F09" w14:textId="77777777" w:rsidR="00E767DC" w:rsidRPr="00E767DC" w:rsidRDefault="00E767DC">
      <w:pPr>
        <w:spacing w:before="40" w:after="40"/>
        <w:rPr>
          <w:rFonts w:ascii="Arial" w:hAnsi="Arial" w:cs="Arial"/>
          <w:sz w:val="24"/>
          <w:szCs w:val="24"/>
        </w:rPr>
      </w:pPr>
    </w:p>
    <w:p w14:paraId="30A7F3FF" w14:textId="4B31BEA2" w:rsidR="00D3613B" w:rsidRPr="00E767DC" w:rsidRDefault="00000000" w:rsidP="00E767DC">
      <w:pPr>
        <w:spacing w:after="80" w:line="480" w:lineRule="auto"/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 xml:space="preserve">Meie </w:t>
      </w:r>
      <w:proofErr w:type="spellStart"/>
      <w:r w:rsidRPr="00E767DC">
        <w:rPr>
          <w:rFonts w:ascii="Arial" w:hAnsi="Arial" w:cs="Arial"/>
          <w:sz w:val="24"/>
          <w:szCs w:val="24"/>
        </w:rPr>
        <w:t>meeskond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sz w:val="24"/>
          <w:szCs w:val="24"/>
        </w:rPr>
        <w:t>tegi</w:t>
      </w:r>
      <w:proofErr w:type="spellEnd"/>
      <w:r w:rsidRPr="00E767D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67DC">
        <w:rPr>
          <w:rFonts w:ascii="Arial" w:hAnsi="Arial" w:cs="Arial"/>
          <w:sz w:val="24"/>
          <w:szCs w:val="24"/>
        </w:rPr>
        <w:t>hästi</w:t>
      </w:r>
      <w:proofErr w:type="spellEnd"/>
      <w:r w:rsidRPr="00E767DC">
        <w:rPr>
          <w:rFonts w:ascii="Arial" w:hAnsi="Arial" w:cs="Arial"/>
          <w:sz w:val="24"/>
          <w:szCs w:val="24"/>
        </w:rPr>
        <w:t>: ________________</w:t>
      </w:r>
      <w:r w:rsidR="00E767DC">
        <w:rPr>
          <w:rFonts w:ascii="Arial" w:hAnsi="Arial" w:cs="Arial"/>
          <w:sz w:val="24"/>
          <w:szCs w:val="24"/>
        </w:rPr>
        <w:t>_________</w:t>
      </w:r>
      <w:r w:rsidRPr="00E767DC">
        <w:rPr>
          <w:rFonts w:ascii="Arial" w:hAnsi="Arial" w:cs="Arial"/>
          <w:sz w:val="24"/>
          <w:szCs w:val="24"/>
        </w:rPr>
        <w:t>__________________________</w:t>
      </w:r>
    </w:p>
    <w:p w14:paraId="36485082" w14:textId="6F38C69B" w:rsidR="00D3613B" w:rsidRPr="00E767DC" w:rsidRDefault="00000000" w:rsidP="00E767DC">
      <w:pPr>
        <w:spacing w:after="80" w:line="480" w:lineRule="auto"/>
        <w:ind w:left="283"/>
        <w:rPr>
          <w:rFonts w:ascii="Arial" w:hAnsi="Arial" w:cs="Arial"/>
          <w:sz w:val="24"/>
          <w:szCs w:val="24"/>
        </w:rPr>
      </w:pPr>
      <w:r w:rsidRPr="00E767DC">
        <w:rPr>
          <w:rFonts w:ascii="Arial" w:hAnsi="Arial" w:cs="Arial"/>
          <w:sz w:val="24"/>
          <w:szCs w:val="24"/>
        </w:rPr>
        <w:t>Järgmine kord tahame paremini: ______________</w:t>
      </w:r>
      <w:r w:rsidR="00E767DC">
        <w:rPr>
          <w:rFonts w:ascii="Arial" w:hAnsi="Arial" w:cs="Arial"/>
          <w:sz w:val="24"/>
          <w:szCs w:val="24"/>
        </w:rPr>
        <w:t>__________</w:t>
      </w:r>
      <w:r w:rsidRPr="00E767DC">
        <w:rPr>
          <w:rFonts w:ascii="Arial" w:hAnsi="Arial" w:cs="Arial"/>
          <w:sz w:val="24"/>
          <w:szCs w:val="24"/>
        </w:rPr>
        <w:t>_______________________</w:t>
      </w:r>
    </w:p>
    <w:sectPr w:rsidR="00D3613B" w:rsidRPr="00E767DC" w:rsidSect="00034616">
      <w:footerReference w:type="default" r:id="rId10"/>
      <w:pgSz w:w="11906" w:h="16838"/>
      <w:pgMar w:top="567" w:right="737" w:bottom="680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0D754" w14:textId="77777777" w:rsidR="0087785C" w:rsidRDefault="0087785C">
      <w:pPr>
        <w:spacing w:after="0" w:line="240" w:lineRule="auto"/>
      </w:pPr>
      <w:r>
        <w:separator/>
      </w:r>
    </w:p>
  </w:endnote>
  <w:endnote w:type="continuationSeparator" w:id="0">
    <w:p w14:paraId="068551F1" w14:textId="77777777" w:rsidR="0087785C" w:rsidRDefault="0087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18838" w14:textId="77777777" w:rsidR="00D3613B" w:rsidRDefault="00000000">
    <w:pPr>
      <w:jc w:val="right"/>
    </w:pPr>
    <w:r>
      <w:rPr>
        <w:noProof/>
      </w:rPr>
      <w:drawing>
        <wp:inline distT="0" distB="0" distL="0" distR="0" wp14:anchorId="7688C556" wp14:editId="78076A67">
          <wp:extent cx="720000" cy="264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tangu_logo_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26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A0B33" w14:textId="77777777" w:rsidR="00D3613B" w:rsidRDefault="00000000">
    <w:pPr>
      <w:jc w:val="right"/>
    </w:pPr>
    <w:r>
      <w:rPr>
        <w:noProof/>
      </w:rPr>
      <w:drawing>
        <wp:inline distT="0" distB="0" distL="0" distR="0" wp14:anchorId="4F89DC7D" wp14:editId="76DC96FA">
          <wp:extent cx="720000" cy="264000"/>
          <wp:effectExtent l="0" t="0" r="0" b="0"/>
          <wp:docPr id="5352492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tangu_logo_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26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A6DFA" w14:textId="685AB98D" w:rsidR="00D3613B" w:rsidRDefault="00D3613B">
    <w:pPr>
      <w:pStyle w:val="Jalus"/>
    </w:pPr>
  </w:p>
  <w:p w14:paraId="73F9F01A" w14:textId="77777777" w:rsidR="00D3613B" w:rsidRDefault="00000000">
    <w:pPr>
      <w:jc w:val="right"/>
    </w:pPr>
    <w:r>
      <w:rPr>
        <w:noProof/>
      </w:rPr>
      <w:drawing>
        <wp:inline distT="0" distB="0" distL="0" distR="0" wp14:anchorId="0798E06C" wp14:editId="0EE63C6B">
          <wp:extent cx="720000" cy="264000"/>
          <wp:effectExtent l="0" t="0" r="0" b="0"/>
          <wp:docPr id="11991992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tangu_logo_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26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00BFE" w14:textId="77777777" w:rsidR="0087785C" w:rsidRDefault="0087785C">
      <w:pPr>
        <w:spacing w:after="0" w:line="240" w:lineRule="auto"/>
      </w:pPr>
      <w:r>
        <w:separator/>
      </w:r>
    </w:p>
  </w:footnote>
  <w:footnote w:type="continuationSeparator" w:id="0">
    <w:p w14:paraId="71FA0B53" w14:textId="77777777" w:rsidR="0087785C" w:rsidRDefault="00877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0B7427"/>
    <w:multiLevelType w:val="hybridMultilevel"/>
    <w:tmpl w:val="257C8FB4"/>
    <w:lvl w:ilvl="0" w:tplc="CD14339A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249497">
    <w:abstractNumId w:val="8"/>
  </w:num>
  <w:num w:numId="2" w16cid:durableId="900944586">
    <w:abstractNumId w:val="6"/>
  </w:num>
  <w:num w:numId="3" w16cid:durableId="932862995">
    <w:abstractNumId w:val="5"/>
  </w:num>
  <w:num w:numId="4" w16cid:durableId="906961026">
    <w:abstractNumId w:val="4"/>
  </w:num>
  <w:num w:numId="5" w16cid:durableId="1395277222">
    <w:abstractNumId w:val="7"/>
  </w:num>
  <w:num w:numId="6" w16cid:durableId="141236675">
    <w:abstractNumId w:val="3"/>
  </w:num>
  <w:num w:numId="7" w16cid:durableId="1292587878">
    <w:abstractNumId w:val="2"/>
  </w:num>
  <w:num w:numId="8" w16cid:durableId="266233070">
    <w:abstractNumId w:val="1"/>
  </w:num>
  <w:num w:numId="9" w16cid:durableId="1692295558">
    <w:abstractNumId w:val="0"/>
  </w:num>
  <w:num w:numId="10" w16cid:durableId="11224534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7785C"/>
    <w:rsid w:val="00A925C9"/>
    <w:rsid w:val="00AA1D8D"/>
    <w:rsid w:val="00B103C3"/>
    <w:rsid w:val="00B47730"/>
    <w:rsid w:val="00CB0664"/>
    <w:rsid w:val="00D3613B"/>
    <w:rsid w:val="00E767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8E8CF5"/>
  <w14:defaultImageDpi w14:val="300"/>
  <w15:docId w15:val="{201610C0-3082-4FB3-8CFE-6900BE91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FC693F"/>
    <w:rPr>
      <w:rFonts w:ascii="Aptos" w:hAnsi="Aptos"/>
      <w:sz w:val="19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3</Pages>
  <Words>370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Elo Matsi - AKRK</cp:lastModifiedBy>
  <cp:revision>3</cp:revision>
  <dcterms:created xsi:type="dcterms:W3CDTF">2026-09-03T18:41:00Z</dcterms:created>
  <dcterms:modified xsi:type="dcterms:W3CDTF">2026-09-04T05:04:00Z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2026-09-03T18:41:28Z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c12d2bb6-639f-40bf-b662-19ce7bbe69c9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