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4827E" w14:textId="77777777" w:rsidR="00A54604" w:rsidRDefault="00542922">
      <w:pPr>
        <w:spacing w:after="120"/>
        <w:jc w:val="center"/>
      </w:pPr>
      <w:r>
        <w:rPr>
          <w:b/>
          <w:sz w:val="36"/>
        </w:rPr>
        <w:t>ILM JA RIIDED</w:t>
      </w:r>
    </w:p>
    <w:p w14:paraId="219ED8FE" w14:textId="15544E19" w:rsidR="00A54604" w:rsidRDefault="00542922">
      <w:pPr>
        <w:spacing w:after="140"/>
      </w:pPr>
      <w:r>
        <w:rPr>
          <w:b/>
          <w:sz w:val="23"/>
        </w:rPr>
        <w:t xml:space="preserve">Töökäsk: </w:t>
      </w:r>
      <w:r>
        <w:rPr>
          <w:sz w:val="23"/>
        </w:rPr>
        <w:t xml:space="preserve">Loe, missugune ilm on. </w:t>
      </w:r>
      <w:r>
        <w:rPr>
          <w:sz w:val="23"/>
        </w:rPr>
        <w:t xml:space="preserve">Vali </w:t>
      </w:r>
      <w:proofErr w:type="spellStart"/>
      <w:r w:rsidR="00397A11">
        <w:rPr>
          <w:sz w:val="23"/>
        </w:rPr>
        <w:t>selle</w:t>
      </w:r>
      <w:proofErr w:type="spellEnd"/>
      <w:r w:rsidR="00397A11">
        <w:rPr>
          <w:sz w:val="23"/>
        </w:rPr>
        <w:t xml:space="preserve"> </w:t>
      </w:r>
      <w:proofErr w:type="spellStart"/>
      <w:r w:rsidR="00397A11">
        <w:rPr>
          <w:sz w:val="23"/>
        </w:rPr>
        <w:t>ilmaga</w:t>
      </w:r>
      <w:proofErr w:type="spellEnd"/>
      <w:r w:rsidR="00397A11">
        <w:rPr>
          <w:sz w:val="23"/>
        </w:rPr>
        <w:t xml:space="preserve"> </w:t>
      </w:r>
      <w:proofErr w:type="spellStart"/>
      <w:r>
        <w:rPr>
          <w:sz w:val="23"/>
        </w:rPr>
        <w:t>sobivad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riided</w:t>
      </w:r>
      <w:proofErr w:type="spellEnd"/>
      <w:r>
        <w:rPr>
          <w:sz w:val="23"/>
        </w:rPr>
        <w:t xml:space="preserve"> ja </w:t>
      </w:r>
      <w:proofErr w:type="spellStart"/>
      <w:r>
        <w:rPr>
          <w:sz w:val="23"/>
        </w:rPr>
        <w:t>kirjuta</w:t>
      </w:r>
      <w:proofErr w:type="spellEnd"/>
      <w:r>
        <w:rPr>
          <w:sz w:val="23"/>
        </w:rPr>
        <w:t xml:space="preserve"> need õigesse lahtrisse.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96"/>
        <w:gridCol w:w="4535"/>
      </w:tblGrid>
      <w:tr w:rsidR="00A54604" w14:paraId="0EB20237" w14:textId="77777777" w:rsidTr="002D62B8">
        <w:trPr>
          <w:trHeight w:val="567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DBE5F1" w:themeFill="accent1" w:themeFillTint="33"/>
          </w:tcPr>
          <w:p w14:paraId="65F74B1C" w14:textId="77777777" w:rsidR="00A54604" w:rsidRPr="002D62B8" w:rsidRDefault="00542922">
            <w:pPr>
              <w:rPr>
                <w:color w:val="1F497D" w:themeColor="text2"/>
              </w:rPr>
            </w:pPr>
            <w:r w:rsidRPr="002D62B8">
              <w:rPr>
                <w:b/>
                <w:sz w:val="22"/>
              </w:rPr>
              <w:t>KUI ÕUES ON VIHMANE KÜLM ILM</w:t>
            </w:r>
          </w:p>
        </w:tc>
        <w:tc>
          <w:tcPr>
            <w:tcW w:w="453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2F2F2"/>
          </w:tcPr>
          <w:p w14:paraId="5B094BE9" w14:textId="77777777" w:rsidR="00A54604" w:rsidRPr="002D62B8" w:rsidRDefault="00542922">
            <w:pPr>
              <w:jc w:val="center"/>
              <w:rPr>
                <w:color w:val="1F497D" w:themeColor="text2"/>
              </w:rPr>
            </w:pPr>
            <w:r w:rsidRPr="002D62B8">
              <w:rPr>
                <w:b/>
                <w:sz w:val="24"/>
              </w:rPr>
              <w:t>Minu riidekapp</w:t>
            </w:r>
          </w:p>
        </w:tc>
      </w:tr>
      <w:tr w:rsidR="00A54604" w14:paraId="7A1943FE" w14:textId="77777777">
        <w:trPr>
          <w:trHeight w:val="1219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E0B9FEA" w14:textId="77777777" w:rsidR="00A54604" w:rsidRPr="00397A11" w:rsidRDefault="00542922">
            <w:pPr>
              <w:spacing w:after="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Mina panen jalga</w:t>
            </w:r>
          </w:p>
        </w:tc>
        <w:tc>
          <w:tcPr>
            <w:tcW w:w="4535" w:type="dxa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F02CD17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T-särk</w:t>
            </w:r>
          </w:p>
          <w:p w14:paraId="2982D994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jope</w:t>
            </w:r>
          </w:p>
          <w:p w14:paraId="1BE1BDBD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talvemüts</w:t>
            </w:r>
          </w:p>
          <w:p w14:paraId="3E38AD43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sandaalid</w:t>
            </w:r>
          </w:p>
          <w:p w14:paraId="1F5BC69F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vihmajope</w:t>
            </w:r>
          </w:p>
          <w:p w14:paraId="1EDF8F17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teksad</w:t>
            </w:r>
          </w:p>
          <w:p w14:paraId="01812A38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sall</w:t>
            </w:r>
          </w:p>
          <w:p w14:paraId="533D570C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särk</w:t>
            </w:r>
          </w:p>
          <w:p w14:paraId="734143BF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sõrmikud</w:t>
            </w:r>
          </w:p>
          <w:p w14:paraId="29D0DA45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suvekleit</w:t>
            </w:r>
          </w:p>
          <w:p w14:paraId="4C52417D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kummikud</w:t>
            </w:r>
          </w:p>
          <w:p w14:paraId="0AA729A3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pusa</w:t>
            </w:r>
          </w:p>
          <w:p w14:paraId="49F501CB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lühikesed püksid</w:t>
            </w:r>
          </w:p>
          <w:p w14:paraId="5752AFB2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seelik</w:t>
            </w:r>
          </w:p>
          <w:p w14:paraId="1A2B2F89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talvejope</w:t>
            </w:r>
          </w:p>
          <w:p w14:paraId="05CB5584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suusapüksid</w:t>
            </w:r>
          </w:p>
          <w:p w14:paraId="649C6C03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sviiter</w:t>
            </w:r>
          </w:p>
          <w:p w14:paraId="5FE89EBB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nokamüts</w:t>
            </w:r>
          </w:p>
          <w:p w14:paraId="7A1E5E7F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ujumispüksid</w:t>
            </w:r>
          </w:p>
          <w:p w14:paraId="7A1C23EC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ketsid</w:t>
            </w:r>
          </w:p>
          <w:p w14:paraId="249B0341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sokid</w:t>
            </w:r>
          </w:p>
          <w:p w14:paraId="69D8AB74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sukkpüksid</w:t>
            </w:r>
          </w:p>
          <w:p w14:paraId="38366EFC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talvesaapad</w:t>
            </w:r>
          </w:p>
          <w:p w14:paraId="1B4C9E54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kapuutsiga pusa</w:t>
            </w:r>
          </w:p>
          <w:p w14:paraId="6562BBC1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tennised</w:t>
            </w:r>
          </w:p>
          <w:p w14:paraId="17C9C0A5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mantel</w:t>
            </w:r>
          </w:p>
          <w:p w14:paraId="31F03224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kleit</w:t>
            </w:r>
          </w:p>
          <w:p w14:paraId="66C04B65" w14:textId="77777777" w:rsidR="00A54604" w:rsidRPr="00397A11" w:rsidRDefault="00542922">
            <w:pPr>
              <w:spacing w:after="2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kampsun</w:t>
            </w:r>
          </w:p>
        </w:tc>
      </w:tr>
      <w:tr w:rsidR="00A54604" w14:paraId="54F7EC0A" w14:textId="77777777">
        <w:trPr>
          <w:trHeight w:val="1219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36527377" w14:textId="77777777" w:rsidR="00A54604" w:rsidRPr="00397A11" w:rsidRDefault="00542922">
            <w:pPr>
              <w:spacing w:after="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Mina panen selga</w:t>
            </w:r>
          </w:p>
        </w:tc>
        <w:tc>
          <w:tcPr>
            <w:tcW w:w="4535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4247061" w14:textId="77777777" w:rsidR="00A54604" w:rsidRDefault="00A54604"/>
        </w:tc>
      </w:tr>
      <w:tr w:rsidR="00A54604" w14:paraId="411A015A" w14:textId="77777777">
        <w:trPr>
          <w:trHeight w:val="1219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6271B51" w14:textId="77777777" w:rsidR="00A54604" w:rsidRPr="00397A11" w:rsidRDefault="00542922">
            <w:pPr>
              <w:spacing w:after="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Mina panen pähe</w:t>
            </w:r>
          </w:p>
        </w:tc>
        <w:tc>
          <w:tcPr>
            <w:tcW w:w="4535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654FCA8A" w14:textId="77777777" w:rsidR="00A54604" w:rsidRDefault="00A54604"/>
        </w:tc>
      </w:tr>
      <w:tr w:rsidR="00A54604" w14:paraId="63B614BA" w14:textId="77777777">
        <w:trPr>
          <w:trHeight w:val="1219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DB29EC8" w14:textId="77777777" w:rsidR="00A54604" w:rsidRPr="00397A11" w:rsidRDefault="00542922">
            <w:pPr>
              <w:spacing w:after="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Mina panen kaela</w:t>
            </w:r>
          </w:p>
        </w:tc>
        <w:tc>
          <w:tcPr>
            <w:tcW w:w="4535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68822443" w14:textId="77777777" w:rsidR="00A54604" w:rsidRDefault="00A54604"/>
        </w:tc>
      </w:tr>
      <w:tr w:rsidR="00A54604" w14:paraId="111C61C1" w14:textId="77777777">
        <w:trPr>
          <w:trHeight w:val="567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2CC"/>
          </w:tcPr>
          <w:p w14:paraId="5B45FD1C" w14:textId="77777777" w:rsidR="00A54604" w:rsidRPr="00397A11" w:rsidRDefault="00542922">
            <w:pPr>
              <w:rPr>
                <w:sz w:val="24"/>
                <w:szCs w:val="24"/>
              </w:rPr>
            </w:pPr>
            <w:r w:rsidRPr="00397A11">
              <w:rPr>
                <w:b/>
                <w:sz w:val="24"/>
                <w:szCs w:val="24"/>
              </w:rPr>
              <w:t>KUI ÕUES ON PÄIKESEPAISTELINE KÜLM ILM</w:t>
            </w:r>
          </w:p>
        </w:tc>
        <w:tc>
          <w:tcPr>
            <w:tcW w:w="4535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70BF756" w14:textId="77777777" w:rsidR="00A54604" w:rsidRDefault="00A54604"/>
        </w:tc>
      </w:tr>
      <w:tr w:rsidR="00A54604" w14:paraId="08059F97" w14:textId="77777777">
        <w:trPr>
          <w:trHeight w:val="1219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8DEF5D8" w14:textId="77777777" w:rsidR="00A54604" w:rsidRPr="00397A11" w:rsidRDefault="00542922">
            <w:pPr>
              <w:spacing w:after="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Mina panen jalga</w:t>
            </w:r>
          </w:p>
        </w:tc>
        <w:tc>
          <w:tcPr>
            <w:tcW w:w="4535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6C8A12F1" w14:textId="77777777" w:rsidR="00A54604" w:rsidRDefault="00A54604"/>
        </w:tc>
      </w:tr>
      <w:tr w:rsidR="00A54604" w14:paraId="2E79F80D" w14:textId="77777777">
        <w:trPr>
          <w:trHeight w:val="1219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AC81708" w14:textId="77777777" w:rsidR="00A54604" w:rsidRPr="00397A11" w:rsidRDefault="00542922">
            <w:pPr>
              <w:spacing w:after="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Mina panen selga</w:t>
            </w:r>
          </w:p>
        </w:tc>
        <w:tc>
          <w:tcPr>
            <w:tcW w:w="4535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9286A11" w14:textId="77777777" w:rsidR="00A54604" w:rsidRDefault="00A54604"/>
        </w:tc>
      </w:tr>
      <w:tr w:rsidR="00A54604" w14:paraId="28E8EF12" w14:textId="77777777">
        <w:trPr>
          <w:trHeight w:val="1219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82DD774" w14:textId="77777777" w:rsidR="00A54604" w:rsidRPr="00397A11" w:rsidRDefault="00542922">
            <w:pPr>
              <w:spacing w:after="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Mina panen pähe</w:t>
            </w:r>
          </w:p>
        </w:tc>
        <w:tc>
          <w:tcPr>
            <w:tcW w:w="4535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31AF309E" w14:textId="77777777" w:rsidR="00A54604" w:rsidRDefault="00A54604"/>
        </w:tc>
      </w:tr>
      <w:tr w:rsidR="00A54604" w14:paraId="5FAA91B0" w14:textId="77777777">
        <w:trPr>
          <w:trHeight w:val="1219"/>
          <w:jc w:val="center"/>
        </w:trPr>
        <w:tc>
          <w:tcPr>
            <w:tcW w:w="589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B285EEF" w14:textId="77777777" w:rsidR="00A54604" w:rsidRPr="00397A11" w:rsidRDefault="00542922">
            <w:pPr>
              <w:spacing w:after="0"/>
              <w:rPr>
                <w:sz w:val="24"/>
                <w:szCs w:val="24"/>
              </w:rPr>
            </w:pPr>
            <w:r w:rsidRPr="00397A11">
              <w:rPr>
                <w:sz w:val="24"/>
                <w:szCs w:val="24"/>
              </w:rPr>
              <w:t>Mina panen kaela</w:t>
            </w:r>
          </w:p>
        </w:tc>
        <w:tc>
          <w:tcPr>
            <w:tcW w:w="4535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6CE9EB0" w14:textId="77777777" w:rsidR="00A54604" w:rsidRDefault="00A54604"/>
        </w:tc>
      </w:tr>
    </w:tbl>
    <w:p w14:paraId="2DA3FF48" w14:textId="77777777" w:rsidR="00A54604" w:rsidRDefault="00542922">
      <w:pPr>
        <w:jc w:val="center"/>
      </w:pPr>
      <w:r>
        <w:rPr>
          <w:noProof/>
        </w:rPr>
        <w:drawing>
          <wp:inline distT="0" distB="0" distL="0" distR="0" wp14:anchorId="292CCF25" wp14:editId="371389E5">
            <wp:extent cx="864000" cy="2479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tangu_logo_pallid_ja_kiri_clea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24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527AE" w14:textId="77777777" w:rsidR="00A54604" w:rsidRDefault="00542922">
      <w:r>
        <w:br w:type="page"/>
      </w:r>
    </w:p>
    <w:p w14:paraId="1A4FEC5F" w14:textId="77777777" w:rsidR="00A54604" w:rsidRDefault="00542922">
      <w:pPr>
        <w:spacing w:after="120"/>
        <w:jc w:val="center"/>
      </w:pPr>
      <w:r>
        <w:rPr>
          <w:b/>
          <w:sz w:val="36"/>
        </w:rPr>
        <w:lastRenderedPageBreak/>
        <w:t>ILM JA RIIDED</w:t>
      </w:r>
    </w:p>
    <w:p w14:paraId="072BA7CC" w14:textId="4E0CF94A" w:rsidR="00A54604" w:rsidRDefault="00542922">
      <w:pPr>
        <w:spacing w:after="140"/>
      </w:pPr>
      <w:proofErr w:type="spellStart"/>
      <w:r>
        <w:rPr>
          <w:b/>
          <w:sz w:val="23"/>
        </w:rPr>
        <w:t>Töökäsk</w:t>
      </w:r>
      <w:proofErr w:type="spellEnd"/>
      <w:r>
        <w:rPr>
          <w:b/>
          <w:sz w:val="23"/>
        </w:rPr>
        <w:t xml:space="preserve">: </w:t>
      </w:r>
      <w:r w:rsidR="006A2BCF">
        <w:rPr>
          <w:sz w:val="23"/>
        </w:rPr>
        <w:t xml:space="preserve">Loe, </w:t>
      </w:r>
      <w:proofErr w:type="spellStart"/>
      <w:r w:rsidR="006A2BCF">
        <w:rPr>
          <w:sz w:val="23"/>
        </w:rPr>
        <w:t>missugune</w:t>
      </w:r>
      <w:proofErr w:type="spellEnd"/>
      <w:r w:rsidR="006A2BCF">
        <w:rPr>
          <w:sz w:val="23"/>
        </w:rPr>
        <w:t xml:space="preserve"> </w:t>
      </w:r>
      <w:proofErr w:type="spellStart"/>
      <w:r w:rsidR="006A2BCF">
        <w:rPr>
          <w:sz w:val="23"/>
        </w:rPr>
        <w:t>ilm</w:t>
      </w:r>
      <w:proofErr w:type="spellEnd"/>
      <w:r w:rsidR="006A2BCF">
        <w:rPr>
          <w:sz w:val="23"/>
        </w:rPr>
        <w:t xml:space="preserve"> on. Vali </w:t>
      </w:r>
      <w:proofErr w:type="spellStart"/>
      <w:r w:rsidR="006A2BCF">
        <w:rPr>
          <w:sz w:val="23"/>
        </w:rPr>
        <w:t>selle</w:t>
      </w:r>
      <w:proofErr w:type="spellEnd"/>
      <w:r w:rsidR="006A2BCF">
        <w:rPr>
          <w:sz w:val="23"/>
        </w:rPr>
        <w:t xml:space="preserve"> </w:t>
      </w:r>
      <w:proofErr w:type="spellStart"/>
      <w:r w:rsidR="006A2BCF">
        <w:rPr>
          <w:sz w:val="23"/>
        </w:rPr>
        <w:t>ilmaga</w:t>
      </w:r>
      <w:proofErr w:type="spellEnd"/>
      <w:r w:rsidR="006A2BCF">
        <w:rPr>
          <w:sz w:val="23"/>
        </w:rPr>
        <w:t xml:space="preserve"> </w:t>
      </w:r>
      <w:proofErr w:type="spellStart"/>
      <w:r w:rsidR="006A2BCF">
        <w:rPr>
          <w:sz w:val="23"/>
        </w:rPr>
        <w:t>sobivad</w:t>
      </w:r>
      <w:proofErr w:type="spellEnd"/>
      <w:r w:rsidR="006A2BCF">
        <w:rPr>
          <w:sz w:val="23"/>
        </w:rPr>
        <w:t xml:space="preserve"> </w:t>
      </w:r>
      <w:proofErr w:type="spellStart"/>
      <w:r w:rsidR="006A2BCF">
        <w:rPr>
          <w:sz w:val="23"/>
        </w:rPr>
        <w:t>riided</w:t>
      </w:r>
      <w:proofErr w:type="spellEnd"/>
      <w:r w:rsidR="006A2BCF">
        <w:rPr>
          <w:sz w:val="23"/>
        </w:rPr>
        <w:t xml:space="preserve"> ja </w:t>
      </w:r>
      <w:proofErr w:type="spellStart"/>
      <w:r w:rsidR="006A2BCF">
        <w:rPr>
          <w:sz w:val="23"/>
        </w:rPr>
        <w:t>kirjuta</w:t>
      </w:r>
      <w:proofErr w:type="spellEnd"/>
      <w:r w:rsidR="006A2BCF">
        <w:rPr>
          <w:sz w:val="23"/>
        </w:rPr>
        <w:t xml:space="preserve"> need </w:t>
      </w:r>
      <w:proofErr w:type="spellStart"/>
      <w:r w:rsidR="006A2BCF">
        <w:rPr>
          <w:sz w:val="23"/>
        </w:rPr>
        <w:t>õigesse</w:t>
      </w:r>
      <w:proofErr w:type="spellEnd"/>
      <w:r w:rsidR="006A2BCF">
        <w:rPr>
          <w:sz w:val="23"/>
        </w:rPr>
        <w:t xml:space="preserve"> </w:t>
      </w:r>
      <w:proofErr w:type="spellStart"/>
      <w:r w:rsidR="006A2BCF">
        <w:rPr>
          <w:sz w:val="23"/>
        </w:rPr>
        <w:t>lahtrisse</w:t>
      </w:r>
      <w:proofErr w:type="spellEnd"/>
      <w:r w:rsidR="006A2BCF">
        <w:rPr>
          <w:sz w:val="23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9"/>
        <w:gridCol w:w="5102"/>
      </w:tblGrid>
      <w:tr w:rsidR="00A54604" w14:paraId="7D3AB42F" w14:textId="77777777">
        <w:trPr>
          <w:trHeight w:val="51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2F2F2"/>
          </w:tcPr>
          <w:p w14:paraId="30D0E1D3" w14:textId="77777777" w:rsidR="00A54604" w:rsidRDefault="00542922">
            <w:r>
              <w:rPr>
                <w:b/>
              </w:rPr>
              <w:t>KUI ÕUES ON VIHMANE KÜLM ILM</w:t>
            </w:r>
          </w:p>
        </w:tc>
        <w:tc>
          <w:tcPr>
            <w:tcW w:w="510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2F2F2"/>
          </w:tcPr>
          <w:p w14:paraId="587435A4" w14:textId="77777777" w:rsidR="00A54604" w:rsidRDefault="00542922">
            <w:pPr>
              <w:jc w:val="center"/>
            </w:pPr>
            <w:r>
              <w:rPr>
                <w:b/>
                <w:sz w:val="22"/>
              </w:rPr>
              <w:t>Minu riidekapp: pilt + sõna</w:t>
            </w:r>
          </w:p>
        </w:tc>
      </w:tr>
      <w:tr w:rsidR="00A54604" w14:paraId="11D3ABEF" w14:textId="77777777">
        <w:trPr>
          <w:trHeight w:val="102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01F6696" w14:textId="77777777" w:rsidR="00A54604" w:rsidRPr="006A2BCF" w:rsidRDefault="00542922">
            <w:pPr>
              <w:rPr>
                <w:sz w:val="24"/>
                <w:szCs w:val="24"/>
              </w:rPr>
            </w:pPr>
            <w:r w:rsidRPr="006A2BCF">
              <w:rPr>
                <w:sz w:val="24"/>
                <w:szCs w:val="24"/>
              </w:rPr>
              <w:t>Mina panen jalga</w:t>
            </w:r>
          </w:p>
        </w:tc>
        <w:tc>
          <w:tcPr>
            <w:tcW w:w="5102" w:type="dxa"/>
            <w:vMerge w:val="restar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FAF578A" w14:textId="3C4284A7" w:rsidR="00A54604" w:rsidRDefault="00E06C9B">
            <w:r w:rsidRPr="00E06C9B">
              <w:rPr>
                <w:noProof/>
              </w:rPr>
              <w:drawing>
                <wp:anchor distT="0" distB="0" distL="114300" distR="114300" simplePos="0" relativeHeight="251679232" behindDoc="0" locked="0" layoutInCell="1" allowOverlap="1" wp14:anchorId="18D6B031" wp14:editId="4C29C36E">
                  <wp:simplePos x="0" y="0"/>
                  <wp:positionH relativeFrom="column">
                    <wp:posOffset>1997710</wp:posOffset>
                  </wp:positionH>
                  <wp:positionV relativeFrom="paragraph">
                    <wp:posOffset>39370</wp:posOffset>
                  </wp:positionV>
                  <wp:extent cx="1320800" cy="1951272"/>
                  <wp:effectExtent l="0" t="0" r="0" b="0"/>
                  <wp:wrapNone/>
                  <wp:docPr id="934331036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33103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040" cy="195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2BCF" w:rsidRPr="006A2BCF">
              <w:drawing>
                <wp:anchor distT="0" distB="0" distL="114300" distR="114300" simplePos="0" relativeHeight="251630080" behindDoc="0" locked="0" layoutInCell="1" allowOverlap="1" wp14:anchorId="1DC92468" wp14:editId="72445CF4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20320</wp:posOffset>
                  </wp:positionV>
                  <wp:extent cx="2019300" cy="938059"/>
                  <wp:effectExtent l="0" t="0" r="0" b="0"/>
                  <wp:wrapNone/>
                  <wp:docPr id="359131848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13184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716" cy="943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A41558" w14:textId="53C29C15" w:rsidR="00A54604" w:rsidRDefault="00E06C9B">
            <w:r w:rsidRPr="00E06C9B">
              <w:rPr>
                <w:noProof/>
              </w:rPr>
              <w:drawing>
                <wp:anchor distT="0" distB="0" distL="114300" distR="114300" simplePos="0" relativeHeight="251700736" behindDoc="0" locked="0" layoutInCell="1" allowOverlap="1" wp14:anchorId="3E1BB654" wp14:editId="4E0F110B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3837940</wp:posOffset>
                  </wp:positionV>
                  <wp:extent cx="3387646" cy="1155700"/>
                  <wp:effectExtent l="0" t="0" r="3810" b="6350"/>
                  <wp:wrapNone/>
                  <wp:docPr id="109310222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10222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7646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6C9B">
              <w:rPr>
                <w:noProof/>
              </w:rPr>
              <w:drawing>
                <wp:anchor distT="0" distB="0" distL="114300" distR="114300" simplePos="0" relativeHeight="251689472" behindDoc="0" locked="0" layoutInCell="1" allowOverlap="1" wp14:anchorId="430EE3A3" wp14:editId="12FC975D">
                  <wp:simplePos x="0" y="0"/>
                  <wp:positionH relativeFrom="column">
                    <wp:posOffset>2010410</wp:posOffset>
                  </wp:positionH>
                  <wp:positionV relativeFrom="paragraph">
                    <wp:posOffset>1710690</wp:posOffset>
                  </wp:positionV>
                  <wp:extent cx="1368818" cy="2057400"/>
                  <wp:effectExtent l="0" t="0" r="3175" b="0"/>
                  <wp:wrapNone/>
                  <wp:docPr id="1899594382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9438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026" cy="2059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6C9B">
              <w:rPr>
                <w:noProof/>
              </w:rPr>
              <w:drawing>
                <wp:anchor distT="0" distB="0" distL="114300" distR="114300" simplePos="0" relativeHeight="251698688" behindDoc="0" locked="0" layoutInCell="1" allowOverlap="1" wp14:anchorId="30B606AD" wp14:editId="4F8EEE45">
                  <wp:simplePos x="0" y="0"/>
                  <wp:positionH relativeFrom="column">
                    <wp:posOffset>22859</wp:posOffset>
                  </wp:positionH>
                  <wp:positionV relativeFrom="paragraph">
                    <wp:posOffset>2694940</wp:posOffset>
                  </wp:positionV>
                  <wp:extent cx="1972787" cy="1155700"/>
                  <wp:effectExtent l="0" t="0" r="8890" b="6350"/>
                  <wp:wrapNone/>
                  <wp:docPr id="500273652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27365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221" cy="1157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2BCF" w:rsidRPr="006A2BCF">
              <w:drawing>
                <wp:anchor distT="0" distB="0" distL="114300" distR="114300" simplePos="0" relativeHeight="251675136" behindDoc="0" locked="0" layoutInCell="1" allowOverlap="1" wp14:anchorId="2C381801" wp14:editId="46B54C4D">
                  <wp:simplePos x="0" y="0"/>
                  <wp:positionH relativeFrom="column">
                    <wp:posOffset>-97790</wp:posOffset>
                  </wp:positionH>
                  <wp:positionV relativeFrom="paragraph">
                    <wp:posOffset>1678940</wp:posOffset>
                  </wp:positionV>
                  <wp:extent cx="2120900" cy="1016000"/>
                  <wp:effectExtent l="0" t="0" r="0" b="0"/>
                  <wp:wrapNone/>
                  <wp:docPr id="467300876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30087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9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A2BCF" w:rsidRPr="006A2BCF">
              <w:drawing>
                <wp:anchor distT="0" distB="0" distL="114300" distR="114300" simplePos="0" relativeHeight="251658752" behindDoc="0" locked="0" layoutInCell="1" allowOverlap="1" wp14:anchorId="55E74EB3" wp14:editId="3068251B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645795</wp:posOffset>
                  </wp:positionV>
                  <wp:extent cx="2044700" cy="1031804"/>
                  <wp:effectExtent l="0" t="0" r="0" b="0"/>
                  <wp:wrapNone/>
                  <wp:docPr id="677716433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71643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1031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2BCF">
              <w:t>v</w:t>
            </w:r>
            <w:r w:rsidR="006A2BCF">
              <w:rPr>
                <w:noProof/>
              </w:rPr>
              <w:t xml:space="preserve"> </w:t>
            </w:r>
          </w:p>
        </w:tc>
      </w:tr>
      <w:tr w:rsidR="00A54604" w14:paraId="3AD6FCB0" w14:textId="77777777">
        <w:trPr>
          <w:trHeight w:val="102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077B6EF" w14:textId="77777777" w:rsidR="00A54604" w:rsidRPr="006A2BCF" w:rsidRDefault="00542922">
            <w:pPr>
              <w:rPr>
                <w:sz w:val="24"/>
                <w:szCs w:val="24"/>
              </w:rPr>
            </w:pPr>
            <w:r w:rsidRPr="006A2BCF">
              <w:rPr>
                <w:sz w:val="24"/>
                <w:szCs w:val="24"/>
              </w:rPr>
              <w:t>Mina panen selga</w:t>
            </w:r>
          </w:p>
        </w:tc>
        <w:tc>
          <w:tcPr>
            <w:tcW w:w="5102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BB1B0C4" w14:textId="77777777" w:rsidR="00A54604" w:rsidRDefault="00A54604"/>
        </w:tc>
      </w:tr>
      <w:tr w:rsidR="00A54604" w14:paraId="6B40370E" w14:textId="77777777">
        <w:trPr>
          <w:trHeight w:val="102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64A8B4BA" w14:textId="0DDA74F5" w:rsidR="00A54604" w:rsidRPr="006A2BCF" w:rsidRDefault="00542922">
            <w:pPr>
              <w:rPr>
                <w:sz w:val="24"/>
                <w:szCs w:val="24"/>
              </w:rPr>
            </w:pPr>
            <w:r w:rsidRPr="006A2BCF">
              <w:rPr>
                <w:sz w:val="24"/>
                <w:szCs w:val="24"/>
              </w:rPr>
              <w:t xml:space="preserve">Mina </w:t>
            </w:r>
            <w:proofErr w:type="spellStart"/>
            <w:r w:rsidRPr="006A2BCF">
              <w:rPr>
                <w:sz w:val="24"/>
                <w:szCs w:val="24"/>
              </w:rPr>
              <w:t>panen</w:t>
            </w:r>
            <w:proofErr w:type="spellEnd"/>
            <w:r w:rsidRPr="006A2BCF">
              <w:rPr>
                <w:sz w:val="24"/>
                <w:szCs w:val="24"/>
              </w:rPr>
              <w:t xml:space="preserve"> </w:t>
            </w:r>
            <w:proofErr w:type="spellStart"/>
            <w:r w:rsidRPr="006A2BCF">
              <w:rPr>
                <w:sz w:val="24"/>
                <w:szCs w:val="24"/>
              </w:rPr>
              <w:t>pähe</w:t>
            </w:r>
            <w:proofErr w:type="spellEnd"/>
          </w:p>
        </w:tc>
        <w:tc>
          <w:tcPr>
            <w:tcW w:w="5102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372A425A" w14:textId="77777777" w:rsidR="00A54604" w:rsidRDefault="00A54604"/>
        </w:tc>
      </w:tr>
      <w:tr w:rsidR="00A54604" w14:paraId="18F01114" w14:textId="77777777">
        <w:trPr>
          <w:trHeight w:val="102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98D156A" w14:textId="77777777" w:rsidR="00A54604" w:rsidRPr="006A2BCF" w:rsidRDefault="00542922">
            <w:pPr>
              <w:rPr>
                <w:sz w:val="24"/>
                <w:szCs w:val="24"/>
              </w:rPr>
            </w:pPr>
            <w:r w:rsidRPr="006A2BCF">
              <w:rPr>
                <w:sz w:val="24"/>
                <w:szCs w:val="24"/>
              </w:rPr>
              <w:t>Mina panen kaela</w:t>
            </w:r>
          </w:p>
        </w:tc>
        <w:tc>
          <w:tcPr>
            <w:tcW w:w="5102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47B4AC4" w14:textId="77777777" w:rsidR="00A54604" w:rsidRDefault="00A54604"/>
        </w:tc>
      </w:tr>
      <w:tr w:rsidR="00A54604" w14:paraId="7F69AFD8" w14:textId="77777777">
        <w:trPr>
          <w:trHeight w:val="51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2CC"/>
          </w:tcPr>
          <w:p w14:paraId="4CCBF7DE" w14:textId="77777777" w:rsidR="00A54604" w:rsidRPr="006A2BCF" w:rsidRDefault="00542922">
            <w:pPr>
              <w:rPr>
                <w:sz w:val="20"/>
                <w:szCs w:val="20"/>
              </w:rPr>
            </w:pPr>
            <w:r w:rsidRPr="006A2BCF">
              <w:rPr>
                <w:b/>
                <w:sz w:val="20"/>
                <w:szCs w:val="20"/>
              </w:rPr>
              <w:t>KUI ÕUES ON PÄIKESEPAISTELINE KÜLM ILM</w:t>
            </w:r>
          </w:p>
        </w:tc>
        <w:tc>
          <w:tcPr>
            <w:tcW w:w="5102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7F0E40D" w14:textId="77777777" w:rsidR="00A54604" w:rsidRDefault="00A54604"/>
        </w:tc>
      </w:tr>
      <w:tr w:rsidR="00A54604" w14:paraId="10338786" w14:textId="77777777">
        <w:trPr>
          <w:trHeight w:val="102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48BEB9B" w14:textId="77777777" w:rsidR="00A54604" w:rsidRPr="006A2BCF" w:rsidRDefault="00542922">
            <w:pPr>
              <w:rPr>
                <w:sz w:val="24"/>
                <w:szCs w:val="24"/>
              </w:rPr>
            </w:pPr>
            <w:r w:rsidRPr="006A2BCF">
              <w:rPr>
                <w:sz w:val="24"/>
                <w:szCs w:val="24"/>
              </w:rPr>
              <w:t>Mina panen jalga</w:t>
            </w:r>
          </w:p>
        </w:tc>
        <w:tc>
          <w:tcPr>
            <w:tcW w:w="5102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6DA4FC8" w14:textId="77777777" w:rsidR="00A54604" w:rsidRDefault="00A54604"/>
        </w:tc>
      </w:tr>
      <w:tr w:rsidR="00A54604" w14:paraId="3C33848E" w14:textId="77777777">
        <w:trPr>
          <w:trHeight w:val="102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3E2C752" w14:textId="77777777" w:rsidR="00A54604" w:rsidRPr="006A2BCF" w:rsidRDefault="00542922">
            <w:pPr>
              <w:rPr>
                <w:sz w:val="24"/>
                <w:szCs w:val="24"/>
              </w:rPr>
            </w:pPr>
            <w:r w:rsidRPr="006A2BCF">
              <w:rPr>
                <w:sz w:val="24"/>
                <w:szCs w:val="24"/>
              </w:rPr>
              <w:t>Mina panen selga</w:t>
            </w:r>
          </w:p>
        </w:tc>
        <w:tc>
          <w:tcPr>
            <w:tcW w:w="5102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E054BA3" w14:textId="77777777" w:rsidR="00A54604" w:rsidRDefault="00A54604"/>
        </w:tc>
      </w:tr>
      <w:tr w:rsidR="00A54604" w14:paraId="277D85D2" w14:textId="77777777">
        <w:trPr>
          <w:trHeight w:val="102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F711B59" w14:textId="77777777" w:rsidR="00A54604" w:rsidRPr="006A2BCF" w:rsidRDefault="00542922">
            <w:pPr>
              <w:rPr>
                <w:sz w:val="24"/>
                <w:szCs w:val="24"/>
              </w:rPr>
            </w:pPr>
            <w:r w:rsidRPr="006A2BCF">
              <w:rPr>
                <w:sz w:val="24"/>
                <w:szCs w:val="24"/>
              </w:rPr>
              <w:t>Mina panen pähe</w:t>
            </w:r>
          </w:p>
        </w:tc>
        <w:tc>
          <w:tcPr>
            <w:tcW w:w="5102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5132DE0D" w14:textId="77777777" w:rsidR="00A54604" w:rsidRDefault="00A54604"/>
        </w:tc>
      </w:tr>
      <w:tr w:rsidR="00A54604" w14:paraId="196D7C87" w14:textId="77777777">
        <w:trPr>
          <w:trHeight w:val="1020"/>
          <w:jc w:val="center"/>
        </w:trPr>
        <w:tc>
          <w:tcPr>
            <w:tcW w:w="5329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5838EC0" w14:textId="77777777" w:rsidR="00A54604" w:rsidRPr="006A2BCF" w:rsidRDefault="00542922">
            <w:pPr>
              <w:rPr>
                <w:sz w:val="24"/>
                <w:szCs w:val="24"/>
              </w:rPr>
            </w:pPr>
            <w:r w:rsidRPr="006A2BCF">
              <w:rPr>
                <w:sz w:val="24"/>
                <w:szCs w:val="24"/>
              </w:rPr>
              <w:t>Mina panen kaela</w:t>
            </w:r>
          </w:p>
        </w:tc>
        <w:tc>
          <w:tcPr>
            <w:tcW w:w="5102" w:type="dxa"/>
            <w:vMerge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73081DD5" w14:textId="77777777" w:rsidR="00A54604" w:rsidRDefault="00A54604"/>
        </w:tc>
      </w:tr>
    </w:tbl>
    <w:p w14:paraId="184EFC2B" w14:textId="634B1DC9" w:rsidR="00A54604" w:rsidRDefault="00542922">
      <w:pPr>
        <w:jc w:val="center"/>
      </w:pPr>
      <w:r>
        <w:rPr>
          <w:noProof/>
        </w:rPr>
        <w:drawing>
          <wp:inline distT="0" distB="0" distL="0" distR="0" wp14:anchorId="35281661" wp14:editId="5DEF480D">
            <wp:extent cx="864000" cy="24793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tangu_logo_pallid_ja_kiri_clea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24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6C9B" w:rsidRPr="00E06C9B">
        <w:rPr>
          <w:noProof/>
        </w:rPr>
        <w:t xml:space="preserve"> </w:t>
      </w:r>
    </w:p>
    <w:sectPr w:rsidR="00A54604" w:rsidSect="00034616">
      <w:headerReference w:type="default" r:id="rId16"/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462DC" w14:textId="77777777" w:rsidR="00542922" w:rsidRDefault="00542922">
      <w:pPr>
        <w:spacing w:after="0" w:line="240" w:lineRule="auto"/>
      </w:pPr>
      <w:r>
        <w:separator/>
      </w:r>
    </w:p>
  </w:endnote>
  <w:endnote w:type="continuationSeparator" w:id="0">
    <w:p w14:paraId="093A9599" w14:textId="77777777" w:rsidR="00542922" w:rsidRDefault="00542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B871B" w14:textId="77777777" w:rsidR="00542922" w:rsidRDefault="00542922">
      <w:pPr>
        <w:spacing w:after="0" w:line="240" w:lineRule="auto"/>
      </w:pPr>
      <w:r>
        <w:separator/>
      </w:r>
    </w:p>
  </w:footnote>
  <w:footnote w:type="continuationSeparator" w:id="0">
    <w:p w14:paraId="358233D3" w14:textId="77777777" w:rsidR="00542922" w:rsidRDefault="00542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9F7FC" w14:textId="77777777" w:rsidR="00A54604" w:rsidRDefault="00542922">
    <w:pPr>
      <w:pStyle w:val="Pis"/>
      <w:jc w:val="right"/>
    </w:pPr>
    <w:r>
      <w:rPr>
        <w:noProof/>
      </w:rPr>
      <w:drawing>
        <wp:inline distT="0" distB="0" distL="0" distR="0" wp14:anchorId="609BB6DB" wp14:editId="50C2E6C5">
          <wp:extent cx="1080000" cy="309913"/>
          <wp:effectExtent l="0" t="0" r="0" b="0"/>
          <wp:docPr id="6160209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tangu_logo_pallid_ja_kiri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3099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6469374">
    <w:abstractNumId w:val="8"/>
  </w:num>
  <w:num w:numId="2" w16cid:durableId="761994871">
    <w:abstractNumId w:val="6"/>
  </w:num>
  <w:num w:numId="3" w16cid:durableId="2007708980">
    <w:abstractNumId w:val="5"/>
  </w:num>
  <w:num w:numId="4" w16cid:durableId="1375617569">
    <w:abstractNumId w:val="4"/>
  </w:num>
  <w:num w:numId="5" w16cid:durableId="609162822">
    <w:abstractNumId w:val="7"/>
  </w:num>
  <w:num w:numId="6" w16cid:durableId="777530188">
    <w:abstractNumId w:val="3"/>
  </w:num>
  <w:num w:numId="7" w16cid:durableId="362095354">
    <w:abstractNumId w:val="2"/>
  </w:num>
  <w:num w:numId="8" w16cid:durableId="1220752307">
    <w:abstractNumId w:val="1"/>
  </w:num>
  <w:num w:numId="9" w16cid:durableId="1548254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62B8"/>
    <w:rsid w:val="00326F90"/>
    <w:rsid w:val="00397A11"/>
    <w:rsid w:val="00542922"/>
    <w:rsid w:val="006A2BCF"/>
    <w:rsid w:val="00A54604"/>
    <w:rsid w:val="00A925C9"/>
    <w:rsid w:val="00AA1D8D"/>
    <w:rsid w:val="00B47730"/>
    <w:rsid w:val="00CB0664"/>
    <w:rsid w:val="00E06C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61211A"/>
  <w14:defaultImageDpi w14:val="300"/>
  <w15:docId w15:val="{201610C0-3082-4FB3-8CFE-6900BE91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rPr>
      <w:rFonts w:ascii="Arial" w:hAnsi="Arial"/>
      <w:sz w:val="21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143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Elo Matsi - AKRK</cp:lastModifiedBy>
  <cp:revision>2</cp:revision>
  <dcterms:created xsi:type="dcterms:W3CDTF">2026-09-03T08:25:00Z</dcterms:created>
  <dcterms:modified xsi:type="dcterms:W3CDTF">2026-09-03T08:25:00Z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2026-09-03T08:25:59Z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dbf902dd-2ef0-4b88-936b-9f9ae71ca157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