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B8B26" w14:textId="7F681321" w:rsidR="0047179D" w:rsidRDefault="00215E85">
      <w:pPr>
        <w:spacing w:after="60"/>
        <w:jc w:val="center"/>
      </w:pPr>
      <w:r w:rsidRPr="00215E85">
        <w:drawing>
          <wp:anchor distT="0" distB="0" distL="114300" distR="114300" simplePos="0" relativeHeight="251662848" behindDoc="0" locked="0" layoutInCell="1" allowOverlap="1" wp14:anchorId="4AA87EC1" wp14:editId="3051CB1F">
            <wp:simplePos x="0" y="0"/>
            <wp:positionH relativeFrom="column">
              <wp:posOffset>5786755</wp:posOffset>
            </wp:positionH>
            <wp:positionV relativeFrom="paragraph">
              <wp:posOffset>-128270</wp:posOffset>
            </wp:positionV>
            <wp:extent cx="1486107" cy="495369"/>
            <wp:effectExtent l="0" t="0" r="0" b="0"/>
            <wp:wrapNone/>
            <wp:docPr id="1600161246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6124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D8C">
        <w:rPr>
          <w:rFonts w:ascii="Aptos Display" w:hAnsi="Aptos Display"/>
          <w:b/>
          <w:sz w:val="48"/>
        </w:rPr>
        <w:t>KODUMASINAD</w:t>
      </w:r>
    </w:p>
    <w:p w14:paraId="6A504DDB" w14:textId="37E7743F" w:rsidR="0047179D" w:rsidRDefault="00215E85">
      <w:r w:rsidRPr="00215E85">
        <w:drawing>
          <wp:anchor distT="0" distB="0" distL="114300" distR="114300" simplePos="0" relativeHeight="251660800" behindDoc="0" locked="0" layoutInCell="1" allowOverlap="1" wp14:anchorId="7D9DBDB9" wp14:editId="60521AFC">
            <wp:simplePos x="0" y="0"/>
            <wp:positionH relativeFrom="column">
              <wp:posOffset>967105</wp:posOffset>
            </wp:positionH>
            <wp:positionV relativeFrom="paragraph">
              <wp:posOffset>5715</wp:posOffset>
            </wp:positionV>
            <wp:extent cx="5334000" cy="8979539"/>
            <wp:effectExtent l="0" t="0" r="0" b="0"/>
            <wp:wrapNone/>
            <wp:docPr id="1259234399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2343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979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23"/>
        <w:gridCol w:w="5723"/>
      </w:tblGrid>
      <w:tr w:rsidR="0047179D" w14:paraId="7B6A7D12" w14:textId="77777777">
        <w:trPr>
          <w:jc w:val="center"/>
        </w:trPr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E078DE" w14:textId="49866881" w:rsidR="0047179D" w:rsidRDefault="0047179D" w:rsidP="00215E85">
            <w:pPr>
              <w:spacing w:after="20"/>
            </w:pPr>
          </w:p>
        </w:tc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F61404" w14:textId="017DDD76" w:rsidR="0047179D" w:rsidRDefault="0047179D">
            <w:pPr>
              <w:spacing w:after="20"/>
              <w:jc w:val="center"/>
            </w:pPr>
          </w:p>
        </w:tc>
      </w:tr>
      <w:tr w:rsidR="0047179D" w14:paraId="5E903690" w14:textId="77777777">
        <w:trPr>
          <w:jc w:val="center"/>
        </w:trPr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2E7C55" w14:textId="1894BC8A" w:rsidR="0047179D" w:rsidRDefault="0047179D">
            <w:pPr>
              <w:spacing w:after="20"/>
              <w:jc w:val="center"/>
            </w:pPr>
          </w:p>
        </w:tc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F878F46" w14:textId="71385152" w:rsidR="0047179D" w:rsidRDefault="0047179D">
            <w:pPr>
              <w:spacing w:after="20"/>
              <w:jc w:val="center"/>
            </w:pPr>
          </w:p>
        </w:tc>
      </w:tr>
      <w:tr w:rsidR="0047179D" w14:paraId="7E52A67C" w14:textId="77777777">
        <w:trPr>
          <w:jc w:val="center"/>
        </w:trPr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1804CF" w14:textId="4B913C15" w:rsidR="0047179D" w:rsidRDefault="0047179D">
            <w:pPr>
              <w:spacing w:after="20"/>
              <w:jc w:val="center"/>
            </w:pPr>
          </w:p>
        </w:tc>
        <w:tc>
          <w:tcPr>
            <w:tcW w:w="5723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E571FB" w14:textId="1D11B674" w:rsidR="0047179D" w:rsidRDefault="0047179D">
            <w:pPr>
              <w:spacing w:after="20"/>
              <w:jc w:val="center"/>
            </w:pPr>
          </w:p>
        </w:tc>
      </w:tr>
    </w:tbl>
    <w:p w14:paraId="43C9F070" w14:textId="7E428A03" w:rsidR="00AF1D8C" w:rsidRDefault="00AF1D8C"/>
    <w:p w14:paraId="529EAD43" w14:textId="77777777" w:rsidR="00215E85" w:rsidRDefault="00215E85"/>
    <w:p w14:paraId="519D32D8" w14:textId="77777777" w:rsidR="00215E85" w:rsidRDefault="00215E85"/>
    <w:p w14:paraId="20DEA5DD" w14:textId="77777777" w:rsidR="00215E85" w:rsidRDefault="00215E85"/>
    <w:p w14:paraId="169169AC" w14:textId="77777777" w:rsidR="00215E85" w:rsidRDefault="00215E85"/>
    <w:p w14:paraId="1875EDAC" w14:textId="77777777" w:rsidR="00215E85" w:rsidRDefault="00215E85"/>
    <w:p w14:paraId="44EB61F6" w14:textId="77777777" w:rsidR="00215E85" w:rsidRDefault="00215E85"/>
    <w:p w14:paraId="220A8C49" w14:textId="77777777" w:rsidR="00215E85" w:rsidRDefault="00215E85"/>
    <w:p w14:paraId="31D6DE2C" w14:textId="77777777" w:rsidR="00215E85" w:rsidRDefault="00215E85"/>
    <w:p w14:paraId="1C4F0EAF" w14:textId="77777777" w:rsidR="00215E85" w:rsidRDefault="00215E85"/>
    <w:p w14:paraId="4BAB9A28" w14:textId="77777777" w:rsidR="00215E85" w:rsidRDefault="00215E85"/>
    <w:p w14:paraId="3FA1F6F7" w14:textId="77777777" w:rsidR="00215E85" w:rsidRDefault="00215E85"/>
    <w:p w14:paraId="76127EFE" w14:textId="77777777" w:rsidR="00215E85" w:rsidRDefault="00215E85"/>
    <w:p w14:paraId="6D0D09DB" w14:textId="77777777" w:rsidR="00215E85" w:rsidRDefault="00215E85"/>
    <w:p w14:paraId="3E1AA423" w14:textId="77777777" w:rsidR="00215E85" w:rsidRDefault="00215E85"/>
    <w:p w14:paraId="67EAD049" w14:textId="77777777" w:rsidR="00215E85" w:rsidRDefault="00215E85"/>
    <w:p w14:paraId="202F0FFF" w14:textId="77777777" w:rsidR="00215E85" w:rsidRDefault="00215E85"/>
    <w:p w14:paraId="44065D05" w14:textId="77777777" w:rsidR="00215E85" w:rsidRDefault="00215E85"/>
    <w:p w14:paraId="7254FA1F" w14:textId="77777777" w:rsidR="00215E85" w:rsidRDefault="00215E85"/>
    <w:p w14:paraId="1749F6CE" w14:textId="77777777" w:rsidR="00215E85" w:rsidRDefault="00215E85"/>
    <w:p w14:paraId="5F519E58" w14:textId="77777777" w:rsidR="00215E85" w:rsidRDefault="00215E85"/>
    <w:p w14:paraId="4F865DC5" w14:textId="77777777" w:rsidR="00215E85" w:rsidRDefault="00215E85"/>
    <w:p w14:paraId="4BD0F7C9" w14:textId="77777777" w:rsidR="00215E85" w:rsidRDefault="00215E85"/>
    <w:p w14:paraId="72EF7A9B" w14:textId="77777777" w:rsidR="00215E85" w:rsidRDefault="00215E85"/>
    <w:p w14:paraId="676BE171" w14:textId="05B15720" w:rsidR="00215E85" w:rsidRDefault="00215E85"/>
    <w:p w14:paraId="19B4DFAA" w14:textId="26C08076" w:rsidR="00215E85" w:rsidRDefault="00215E85">
      <w:r w:rsidRPr="00215E85">
        <w:lastRenderedPageBreak/>
        <w:drawing>
          <wp:anchor distT="0" distB="0" distL="114300" distR="114300" simplePos="0" relativeHeight="251662336" behindDoc="0" locked="0" layoutInCell="1" allowOverlap="1" wp14:anchorId="420D0975" wp14:editId="407DAE9B">
            <wp:simplePos x="0" y="0"/>
            <wp:positionH relativeFrom="column">
              <wp:posOffset>5791200</wp:posOffset>
            </wp:positionH>
            <wp:positionV relativeFrom="paragraph">
              <wp:posOffset>-95250</wp:posOffset>
            </wp:positionV>
            <wp:extent cx="1486107" cy="495369"/>
            <wp:effectExtent l="0" t="0" r="0" b="0"/>
            <wp:wrapNone/>
            <wp:docPr id="487742314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6124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5E85">
        <w:drawing>
          <wp:anchor distT="0" distB="0" distL="114300" distR="114300" simplePos="0" relativeHeight="251659264" behindDoc="0" locked="0" layoutInCell="1" allowOverlap="1" wp14:anchorId="7460C258" wp14:editId="37675D1E">
            <wp:simplePos x="0" y="0"/>
            <wp:positionH relativeFrom="column">
              <wp:posOffset>852805</wp:posOffset>
            </wp:positionH>
            <wp:positionV relativeFrom="paragraph">
              <wp:posOffset>-33020</wp:posOffset>
            </wp:positionV>
            <wp:extent cx="5562600" cy="9485123"/>
            <wp:effectExtent l="0" t="0" r="0" b="1905"/>
            <wp:wrapNone/>
            <wp:docPr id="513256593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565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9485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15E85" w:rsidSect="00034616">
      <w:pgSz w:w="12240" w:h="15840"/>
      <w:pgMar w:top="397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1929528">
    <w:abstractNumId w:val="8"/>
  </w:num>
  <w:num w:numId="2" w16cid:durableId="730883621">
    <w:abstractNumId w:val="6"/>
  </w:num>
  <w:num w:numId="3" w16cid:durableId="1579899915">
    <w:abstractNumId w:val="5"/>
  </w:num>
  <w:num w:numId="4" w16cid:durableId="1093089436">
    <w:abstractNumId w:val="4"/>
  </w:num>
  <w:num w:numId="5" w16cid:durableId="961571020">
    <w:abstractNumId w:val="7"/>
  </w:num>
  <w:num w:numId="6" w16cid:durableId="1555040007">
    <w:abstractNumId w:val="3"/>
  </w:num>
  <w:num w:numId="7" w16cid:durableId="1938977040">
    <w:abstractNumId w:val="2"/>
  </w:num>
  <w:num w:numId="8" w16cid:durableId="1120682749">
    <w:abstractNumId w:val="1"/>
  </w:num>
  <w:num w:numId="9" w16cid:durableId="125555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BD9"/>
    <w:rsid w:val="0015074B"/>
    <w:rsid w:val="00215E85"/>
    <w:rsid w:val="0029639D"/>
    <w:rsid w:val="00326F90"/>
    <w:rsid w:val="0047179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0F707"/>
  <w14:defaultImageDpi w14:val="300"/>
  <w15:docId w15:val="{4A6D5E7A-0090-48CF-B42B-534C9193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Aptos" w:hAnsi="Apto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Elo Matsi - AKRK</cp:lastModifiedBy>
  <cp:revision>2</cp:revision>
  <dcterms:created xsi:type="dcterms:W3CDTF">2026-09-08T07:36:00Z</dcterms:created>
  <dcterms:modified xsi:type="dcterms:W3CDTF">2026-09-08T07:36:00Z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2026-09-08T07:36:33Z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a84ad126-0b19-4e7e-a9b0-df7992088465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